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68B" w:rsidRPr="0076568B" w:rsidRDefault="0076568B" w:rsidP="00E3750E">
      <w:pPr>
        <w:tabs>
          <w:tab w:val="left" w:pos="709"/>
          <w:tab w:val="left" w:pos="851"/>
        </w:tabs>
        <w:spacing w:after="0" w:line="240" w:lineRule="auto"/>
        <w:jc w:val="center"/>
        <w:rPr>
          <w:color w:val="0000FF"/>
          <w:szCs w:val="28"/>
          <w:lang w:val="vi-VN"/>
        </w:rPr>
      </w:pPr>
      <w:r w:rsidRPr="00CA54C5">
        <w:rPr>
          <w:noProof/>
          <w:color w:val="0000FF"/>
          <w:szCs w:val="28"/>
        </w:rPr>
        <mc:AlternateContent>
          <mc:Choice Requires="wps">
            <w:drawing>
              <wp:anchor distT="0" distB="0" distL="114300" distR="114300" simplePos="0" relativeHeight="251659264" behindDoc="0" locked="0" layoutInCell="1" allowOverlap="1">
                <wp:simplePos x="0" y="0"/>
                <wp:positionH relativeFrom="margin">
                  <wp:posOffset>-25400</wp:posOffset>
                </wp:positionH>
                <wp:positionV relativeFrom="paragraph">
                  <wp:posOffset>-282575</wp:posOffset>
                </wp:positionV>
                <wp:extent cx="6134100" cy="9172575"/>
                <wp:effectExtent l="19050" t="19050" r="19050" b="28575"/>
                <wp:wrapNone/>
                <wp:docPr id="6" name="Hình chữ nhậ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172575"/>
                        </a:xfrm>
                        <a:prstGeom prst="rect">
                          <a:avLst/>
                        </a:prstGeom>
                        <a:noFill/>
                        <a:ln w="38100" cmpd="dbl">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2152B1" id="Hình chữ nhật 6" o:spid="_x0000_s1026" style="position:absolute;margin-left:-2pt;margin-top:-22.25pt;width:483pt;height:72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" filled="f" strokecolor="blue" strokeweight="3pt">
                <v:stroke linestyle="thinThin"/>
                <w10:wrap anchorx="margin"/>
              </v:rect>
            </w:pict>
          </mc:Fallback>
        </mc:AlternateContent>
      </w:r>
      <w:r>
        <w:rPr>
          <w:color w:val="0000FF"/>
          <w:szCs w:val="28"/>
        </w:rPr>
        <w:t>UỶ BAN NHÂN DÂN XÃ</w:t>
      </w:r>
      <w:r>
        <w:rPr>
          <w:color w:val="0000FF"/>
          <w:szCs w:val="28"/>
          <w:lang w:val="vi-VN"/>
        </w:rPr>
        <w:t xml:space="preserve"> YÊN TRẠCH</w:t>
      </w:r>
    </w:p>
    <w:p w:rsidR="0076568B" w:rsidRPr="0076568B" w:rsidRDefault="0076568B" w:rsidP="00E3750E">
      <w:pPr>
        <w:tabs>
          <w:tab w:val="left" w:pos="709"/>
          <w:tab w:val="left" w:pos="851"/>
        </w:tabs>
        <w:spacing w:after="0" w:line="240" w:lineRule="auto"/>
        <w:jc w:val="center"/>
        <w:rPr>
          <w:b/>
          <w:color w:val="0000FF"/>
          <w:szCs w:val="28"/>
          <w:u w:val="single"/>
        </w:rPr>
      </w:pPr>
      <w:r w:rsidRPr="00057BA6">
        <w:rPr>
          <w:b/>
          <w:color w:val="0000FF"/>
          <w:szCs w:val="28"/>
          <w:u w:val="single"/>
        </w:rPr>
        <w:t>TRƯỜ</w:t>
      </w:r>
      <w:r>
        <w:rPr>
          <w:b/>
          <w:color w:val="0000FF"/>
          <w:szCs w:val="28"/>
          <w:u w:val="single"/>
        </w:rPr>
        <w:t>NG THCS YÊN NINH</w:t>
      </w:r>
    </w:p>
    <w:p w:rsidR="0076568B" w:rsidRDefault="0076568B" w:rsidP="0076568B">
      <w:pPr>
        <w:tabs>
          <w:tab w:val="left" w:pos="709"/>
          <w:tab w:val="left" w:pos="851"/>
        </w:tabs>
        <w:spacing w:line="300" w:lineRule="auto"/>
        <w:jc w:val="center"/>
        <w:rPr>
          <w:b/>
          <w:color w:val="0000FF"/>
          <w:szCs w:val="28"/>
        </w:rPr>
      </w:pPr>
    </w:p>
    <w:p w:rsidR="00827E8D" w:rsidRDefault="00827E8D" w:rsidP="0076568B">
      <w:pPr>
        <w:tabs>
          <w:tab w:val="left" w:pos="709"/>
          <w:tab w:val="left" w:pos="851"/>
        </w:tabs>
        <w:spacing w:line="300" w:lineRule="auto"/>
        <w:jc w:val="center"/>
        <w:rPr>
          <w:b/>
          <w:color w:val="0000FF"/>
          <w:szCs w:val="28"/>
        </w:rPr>
      </w:pPr>
    </w:p>
    <w:p w:rsidR="00827E8D" w:rsidRPr="00057BA6" w:rsidRDefault="00827E8D" w:rsidP="0076568B">
      <w:pPr>
        <w:tabs>
          <w:tab w:val="left" w:pos="709"/>
          <w:tab w:val="left" w:pos="851"/>
        </w:tabs>
        <w:spacing w:line="300" w:lineRule="auto"/>
        <w:jc w:val="center"/>
        <w:rPr>
          <w:b/>
          <w:color w:val="0000FF"/>
          <w:szCs w:val="28"/>
        </w:rPr>
      </w:pPr>
    </w:p>
    <w:p w:rsidR="0076568B" w:rsidRPr="00057BA6" w:rsidRDefault="0076568B" w:rsidP="0076568B">
      <w:pPr>
        <w:tabs>
          <w:tab w:val="left" w:pos="709"/>
          <w:tab w:val="left" w:pos="851"/>
        </w:tabs>
        <w:spacing w:line="300" w:lineRule="auto"/>
        <w:rPr>
          <w:b/>
          <w:color w:val="0000FF"/>
          <w:szCs w:val="28"/>
        </w:rPr>
      </w:pPr>
      <w:r>
        <w:rPr>
          <w:b/>
          <w:color w:val="0000FF"/>
          <w:szCs w:val="28"/>
        </w:rPr>
        <w:t xml:space="preserve">                                                         </w:t>
      </w:r>
      <w:r w:rsidRPr="00057BA6">
        <w:rPr>
          <w:b/>
          <w:color w:val="0000FF"/>
          <w:szCs w:val="28"/>
        </w:rPr>
        <w:t>DỰ ÁN DỰ THI</w:t>
      </w:r>
    </w:p>
    <w:p w:rsidR="0076568B" w:rsidRPr="00BC6D35" w:rsidRDefault="0076568B" w:rsidP="0076568B">
      <w:pPr>
        <w:spacing w:after="0" w:line="360" w:lineRule="auto"/>
        <w:jc w:val="center"/>
        <w:rPr>
          <w:rFonts w:cs="Times New Roman"/>
          <w:szCs w:val="28"/>
        </w:rPr>
      </w:pPr>
      <w:r w:rsidRPr="00BC6D35">
        <w:rPr>
          <w:rFonts w:cs="Times New Roman"/>
          <w:b/>
          <w:szCs w:val="28"/>
        </w:rPr>
        <w:t>CÔNG TRÌNH ĐỔI MỚI SÁN</w:t>
      </w:r>
      <w:r w:rsidR="003D35BF">
        <w:rPr>
          <w:rFonts w:cs="Times New Roman"/>
          <w:b/>
          <w:szCs w:val="28"/>
        </w:rPr>
        <w:t>G TẠO</w:t>
      </w:r>
      <w:r w:rsidR="003D35BF">
        <w:rPr>
          <w:rFonts w:cs="Times New Roman"/>
          <w:b/>
          <w:szCs w:val="28"/>
        </w:rPr>
        <w:br/>
        <w:t>XÂY DỰNG THƯ VIỆN SỐ MINI</w:t>
      </w:r>
      <w:r w:rsidRPr="00BC6D35">
        <w:rPr>
          <w:rFonts w:cs="Times New Roman"/>
          <w:b/>
          <w:szCs w:val="28"/>
        </w:rPr>
        <w:t xml:space="preserve"> STEAM TỪ VẬT LIỆU TÁI CHẾ</w:t>
      </w:r>
      <w:r w:rsidRPr="00BC6D35">
        <w:rPr>
          <w:rFonts w:cs="Times New Roman"/>
          <w:b/>
          <w:szCs w:val="28"/>
        </w:rPr>
        <w:br/>
      </w:r>
      <w:r w:rsidRPr="00BC6D35">
        <w:rPr>
          <w:rFonts w:cs="Times New Roman"/>
          <w:b/>
          <w:szCs w:val="28"/>
        </w:rPr>
        <w:br/>
      </w:r>
      <w:r w:rsidRPr="00BC6D35">
        <w:rPr>
          <w:rFonts w:cs="Times New Roman"/>
          <w:b/>
          <w:szCs w:val="28"/>
        </w:rPr>
        <w:br/>
      </w:r>
    </w:p>
    <w:p w:rsidR="0076568B" w:rsidRDefault="0076568B" w:rsidP="0076568B">
      <w:pPr>
        <w:spacing w:after="0" w:line="360" w:lineRule="auto"/>
        <w:jc w:val="center"/>
        <w:rPr>
          <w:rFonts w:cs="Times New Roman"/>
          <w:szCs w:val="28"/>
        </w:rPr>
      </w:pPr>
    </w:p>
    <w:p w:rsidR="003D35BF" w:rsidRDefault="003D35BF" w:rsidP="0076568B">
      <w:pPr>
        <w:spacing w:after="0" w:line="360" w:lineRule="auto"/>
        <w:jc w:val="center"/>
        <w:rPr>
          <w:rFonts w:cs="Times New Roman"/>
          <w:szCs w:val="28"/>
        </w:rPr>
      </w:pPr>
    </w:p>
    <w:p w:rsidR="0076568B" w:rsidRDefault="0076568B" w:rsidP="0076568B">
      <w:pPr>
        <w:spacing w:after="0" w:line="360" w:lineRule="auto"/>
        <w:jc w:val="center"/>
        <w:rPr>
          <w:rFonts w:cs="Times New Roman"/>
          <w:szCs w:val="28"/>
        </w:rPr>
      </w:pPr>
    </w:p>
    <w:p w:rsidR="003B4925" w:rsidRDefault="0076568B" w:rsidP="0076568B">
      <w:pPr>
        <w:spacing w:after="0" w:line="360" w:lineRule="auto"/>
        <w:jc w:val="center"/>
        <w:rPr>
          <w:rFonts w:cs="Times New Roman"/>
          <w:szCs w:val="28"/>
        </w:rPr>
      </w:pPr>
      <w:r w:rsidRPr="00BC6D35">
        <w:rPr>
          <w:rFonts w:cs="Times New Roman"/>
          <w:szCs w:val="28"/>
        </w:rPr>
        <w:t>Đơn vị thực hiện: Trường THCS Yên Ninh, xã Yên Trạch, tỉnh Thái Nguyên</w:t>
      </w:r>
      <w:r w:rsidRPr="00BC6D35">
        <w:rPr>
          <w:rFonts w:cs="Times New Roman"/>
          <w:szCs w:val="28"/>
        </w:rPr>
        <w:br/>
      </w:r>
      <w:r w:rsidR="007438FE">
        <w:rPr>
          <w:rFonts w:cs="Times New Roman"/>
          <w:szCs w:val="28"/>
        </w:rPr>
        <w:t>Tác giả: Nguyễn Thị Kim Xuyến</w:t>
      </w:r>
    </w:p>
    <w:p w:rsidR="0076568B" w:rsidRPr="00BC6D35" w:rsidRDefault="0076568B" w:rsidP="0076568B">
      <w:pPr>
        <w:spacing w:after="0" w:line="360" w:lineRule="auto"/>
        <w:jc w:val="center"/>
        <w:rPr>
          <w:rFonts w:cs="Times New Roman"/>
          <w:szCs w:val="28"/>
        </w:rPr>
      </w:pPr>
      <w:r w:rsidRPr="00BC6D35">
        <w:rPr>
          <w:rFonts w:cs="Times New Roman"/>
          <w:szCs w:val="28"/>
        </w:rPr>
        <w:br/>
      </w:r>
      <w:r w:rsidRPr="00BC6D35">
        <w:rPr>
          <w:rFonts w:cs="Times New Roman"/>
          <w:szCs w:val="28"/>
        </w:rPr>
        <w:br/>
      </w:r>
    </w:p>
    <w:p w:rsidR="0076568B" w:rsidRDefault="0076568B" w:rsidP="0076568B">
      <w:pPr>
        <w:spacing w:after="0" w:line="360" w:lineRule="auto"/>
        <w:jc w:val="center"/>
        <w:rPr>
          <w:rFonts w:cs="Times New Roman"/>
          <w:szCs w:val="28"/>
        </w:rPr>
      </w:pPr>
    </w:p>
    <w:p w:rsidR="0076568B" w:rsidRPr="00BC6D35" w:rsidRDefault="0076568B" w:rsidP="0076568B">
      <w:pPr>
        <w:spacing w:after="0" w:line="360" w:lineRule="auto"/>
        <w:rPr>
          <w:rFonts w:cs="Times New Roman"/>
          <w:szCs w:val="28"/>
        </w:rPr>
      </w:pPr>
    </w:p>
    <w:p w:rsidR="0076568B" w:rsidRDefault="0076568B" w:rsidP="0076568B">
      <w:pPr>
        <w:spacing w:after="0" w:line="360" w:lineRule="auto"/>
        <w:jc w:val="center"/>
        <w:rPr>
          <w:rFonts w:cs="Times New Roman"/>
          <w:szCs w:val="28"/>
        </w:rPr>
      </w:pPr>
    </w:p>
    <w:p w:rsidR="00827E8D" w:rsidRDefault="00827E8D" w:rsidP="0076568B">
      <w:pPr>
        <w:spacing w:after="0" w:line="360" w:lineRule="auto"/>
        <w:jc w:val="center"/>
        <w:rPr>
          <w:rFonts w:cs="Times New Roman"/>
          <w:szCs w:val="28"/>
        </w:rPr>
      </w:pPr>
    </w:p>
    <w:p w:rsidR="00827E8D" w:rsidRDefault="00827E8D" w:rsidP="0076568B">
      <w:pPr>
        <w:spacing w:after="0" w:line="360" w:lineRule="auto"/>
        <w:jc w:val="center"/>
        <w:rPr>
          <w:rFonts w:cs="Times New Roman"/>
          <w:szCs w:val="28"/>
        </w:rPr>
      </w:pPr>
    </w:p>
    <w:p w:rsidR="00827E8D" w:rsidRDefault="00827E8D" w:rsidP="0076568B">
      <w:pPr>
        <w:spacing w:after="0" w:line="360" w:lineRule="auto"/>
        <w:jc w:val="center"/>
        <w:rPr>
          <w:rFonts w:cs="Times New Roman"/>
          <w:szCs w:val="28"/>
        </w:rPr>
      </w:pPr>
    </w:p>
    <w:p w:rsidR="00827E8D" w:rsidRDefault="00827E8D" w:rsidP="0076568B">
      <w:pPr>
        <w:spacing w:after="0" w:line="360" w:lineRule="auto"/>
        <w:jc w:val="center"/>
        <w:rPr>
          <w:rFonts w:cs="Times New Roman"/>
          <w:szCs w:val="28"/>
        </w:rPr>
      </w:pPr>
    </w:p>
    <w:p w:rsidR="00827E8D" w:rsidRDefault="00827E8D" w:rsidP="0076568B">
      <w:pPr>
        <w:spacing w:after="0" w:line="360" w:lineRule="auto"/>
        <w:jc w:val="center"/>
        <w:rPr>
          <w:rFonts w:cs="Times New Roman"/>
          <w:szCs w:val="28"/>
        </w:rPr>
      </w:pPr>
    </w:p>
    <w:p w:rsidR="00BC6D35" w:rsidRPr="00BC6D35" w:rsidRDefault="00827E8D" w:rsidP="00827E8D">
      <w:pPr>
        <w:spacing w:after="0" w:line="240" w:lineRule="auto"/>
        <w:jc w:val="center"/>
        <w:rPr>
          <w:rFonts w:cs="Times New Roman"/>
          <w:szCs w:val="28"/>
        </w:rPr>
      </w:pPr>
      <w:r>
        <w:rPr>
          <w:rFonts w:cs="Times New Roman"/>
          <w:szCs w:val="28"/>
        </w:rPr>
        <w:t>Yên</w:t>
      </w:r>
      <w:r>
        <w:rPr>
          <w:rFonts w:cs="Times New Roman"/>
          <w:szCs w:val="28"/>
          <w:lang w:val="vi-VN"/>
        </w:rPr>
        <w:t xml:space="preserve"> Trạch</w:t>
      </w:r>
      <w:r w:rsidR="0076568B">
        <w:rPr>
          <w:rFonts w:cs="Times New Roman"/>
          <w:szCs w:val="28"/>
        </w:rPr>
        <w:t>,</w:t>
      </w:r>
      <w:r w:rsidR="005741F6">
        <w:rPr>
          <w:rFonts w:cs="Times New Roman"/>
          <w:szCs w:val="28"/>
          <w:lang w:val="vi-VN"/>
        </w:rPr>
        <w:t xml:space="preserve"> tháng 10 năm</w:t>
      </w:r>
      <w:r w:rsidR="0076568B">
        <w:rPr>
          <w:rFonts w:cs="Times New Roman"/>
          <w:szCs w:val="28"/>
        </w:rPr>
        <w:t xml:space="preserve"> 2025</w:t>
      </w:r>
    </w:p>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1"/>
        <w:gridCol w:w="6237"/>
        <w:gridCol w:w="1559"/>
      </w:tblGrid>
      <w:tr w:rsidR="00B242A0" w:rsidTr="00AB5612">
        <w:tc>
          <w:tcPr>
            <w:tcW w:w="851" w:type="dxa"/>
          </w:tcPr>
          <w:p w:rsidR="00B242A0" w:rsidRPr="00B242A0" w:rsidRDefault="00B242A0" w:rsidP="00AB5612">
            <w:pPr>
              <w:spacing w:line="360" w:lineRule="auto"/>
              <w:jc w:val="center"/>
              <w:rPr>
                <w:rFonts w:cs="Times New Roman"/>
                <w:b/>
                <w:szCs w:val="28"/>
              </w:rPr>
            </w:pPr>
            <w:r w:rsidRPr="00B242A0">
              <w:rPr>
                <w:rFonts w:cs="Times New Roman"/>
                <w:b/>
                <w:szCs w:val="28"/>
              </w:rPr>
              <w:lastRenderedPageBreak/>
              <w:t>TT</w:t>
            </w:r>
          </w:p>
        </w:tc>
        <w:tc>
          <w:tcPr>
            <w:tcW w:w="6237" w:type="dxa"/>
          </w:tcPr>
          <w:p w:rsidR="00B242A0" w:rsidRPr="00B242A0" w:rsidRDefault="00B242A0" w:rsidP="00B242A0">
            <w:pPr>
              <w:spacing w:line="360" w:lineRule="auto"/>
              <w:jc w:val="center"/>
              <w:rPr>
                <w:rFonts w:cs="Times New Roman"/>
                <w:b/>
                <w:szCs w:val="28"/>
                <w:lang w:val="vi-VN"/>
              </w:rPr>
            </w:pPr>
            <w:r>
              <w:rPr>
                <w:rFonts w:cs="Times New Roman"/>
                <w:b/>
                <w:szCs w:val="28"/>
              </w:rPr>
              <w:t>Mục</w:t>
            </w:r>
            <w:r>
              <w:rPr>
                <w:rFonts w:cs="Times New Roman"/>
                <w:b/>
                <w:szCs w:val="28"/>
                <w:lang w:val="vi-VN"/>
              </w:rPr>
              <w:t xml:space="preserve"> lục</w:t>
            </w:r>
          </w:p>
        </w:tc>
        <w:tc>
          <w:tcPr>
            <w:tcW w:w="1559" w:type="dxa"/>
          </w:tcPr>
          <w:p w:rsidR="00B242A0" w:rsidRPr="00B242A0" w:rsidRDefault="00B242A0" w:rsidP="00AB5612">
            <w:pPr>
              <w:spacing w:line="360" w:lineRule="auto"/>
              <w:jc w:val="center"/>
              <w:rPr>
                <w:rFonts w:cs="Times New Roman"/>
                <w:b/>
                <w:szCs w:val="28"/>
              </w:rPr>
            </w:pPr>
            <w:r w:rsidRPr="00B242A0">
              <w:rPr>
                <w:rFonts w:cs="Times New Roman"/>
                <w:b/>
                <w:szCs w:val="28"/>
              </w:rPr>
              <w:t>Trang</w:t>
            </w:r>
          </w:p>
        </w:tc>
      </w:tr>
      <w:tr w:rsidR="00B242A0" w:rsidTr="00AB5612">
        <w:tc>
          <w:tcPr>
            <w:tcW w:w="851" w:type="dxa"/>
          </w:tcPr>
          <w:p w:rsidR="00B242A0" w:rsidRDefault="00B242A0" w:rsidP="00AB5612">
            <w:pPr>
              <w:spacing w:line="360" w:lineRule="auto"/>
              <w:jc w:val="center"/>
              <w:rPr>
                <w:rFonts w:cs="Times New Roman"/>
                <w:szCs w:val="28"/>
              </w:rPr>
            </w:pPr>
            <w:r>
              <w:rPr>
                <w:rFonts w:cs="Times New Roman"/>
                <w:szCs w:val="28"/>
              </w:rPr>
              <w:t>1</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MỞ ĐẦU </w:t>
            </w:r>
          </w:p>
        </w:tc>
        <w:tc>
          <w:tcPr>
            <w:tcW w:w="1559" w:type="dxa"/>
          </w:tcPr>
          <w:p w:rsidR="00B242A0" w:rsidRDefault="009B19EE" w:rsidP="00AB5612">
            <w:pPr>
              <w:spacing w:line="360" w:lineRule="auto"/>
              <w:jc w:val="center"/>
              <w:rPr>
                <w:rFonts w:cs="Times New Roman"/>
                <w:szCs w:val="28"/>
              </w:rPr>
            </w:pPr>
            <w:r>
              <w:rPr>
                <w:rFonts w:cs="Times New Roman"/>
                <w:szCs w:val="28"/>
              </w:rPr>
              <w:t>2</w:t>
            </w:r>
          </w:p>
        </w:tc>
      </w:tr>
      <w:tr w:rsidR="00B242A0" w:rsidTr="00AB5612">
        <w:tc>
          <w:tcPr>
            <w:tcW w:w="851" w:type="dxa"/>
          </w:tcPr>
          <w:p w:rsidR="00B242A0" w:rsidRDefault="00B242A0" w:rsidP="00AB5612">
            <w:pPr>
              <w:spacing w:line="360" w:lineRule="auto"/>
              <w:jc w:val="center"/>
              <w:rPr>
                <w:rFonts w:cs="Times New Roman"/>
                <w:szCs w:val="28"/>
              </w:rPr>
            </w:pPr>
            <w:r>
              <w:rPr>
                <w:rFonts w:cs="Times New Roman"/>
                <w:szCs w:val="28"/>
              </w:rPr>
              <w:t>2</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CƠ SỞ LÝ LUẬN VÀ THỰC TIỄN </w:t>
            </w:r>
          </w:p>
        </w:tc>
        <w:tc>
          <w:tcPr>
            <w:tcW w:w="1559" w:type="dxa"/>
          </w:tcPr>
          <w:p w:rsidR="00B242A0" w:rsidRDefault="009B19EE" w:rsidP="00AB5612">
            <w:pPr>
              <w:spacing w:line="360" w:lineRule="auto"/>
              <w:jc w:val="center"/>
              <w:rPr>
                <w:rFonts w:cs="Times New Roman"/>
                <w:szCs w:val="28"/>
              </w:rPr>
            </w:pPr>
            <w:r>
              <w:rPr>
                <w:rFonts w:cs="Times New Roman"/>
                <w:szCs w:val="28"/>
              </w:rPr>
              <w:t>3</w:t>
            </w:r>
          </w:p>
        </w:tc>
      </w:tr>
      <w:tr w:rsidR="00B242A0" w:rsidTr="00AB5612">
        <w:tc>
          <w:tcPr>
            <w:tcW w:w="851" w:type="dxa"/>
          </w:tcPr>
          <w:p w:rsidR="00B242A0" w:rsidRDefault="00B242A0" w:rsidP="00AB5612">
            <w:pPr>
              <w:spacing w:line="360" w:lineRule="auto"/>
              <w:jc w:val="center"/>
              <w:rPr>
                <w:rFonts w:cs="Times New Roman"/>
                <w:szCs w:val="28"/>
              </w:rPr>
            </w:pPr>
            <w:r>
              <w:rPr>
                <w:rFonts w:cs="Times New Roman"/>
                <w:szCs w:val="28"/>
              </w:rPr>
              <w:t>3</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NỘI DUNG </w:t>
            </w:r>
          </w:p>
        </w:tc>
        <w:tc>
          <w:tcPr>
            <w:tcW w:w="1559" w:type="dxa"/>
          </w:tcPr>
          <w:p w:rsidR="00B242A0" w:rsidRDefault="009B19EE" w:rsidP="00AB5612">
            <w:pPr>
              <w:spacing w:line="360" w:lineRule="auto"/>
              <w:jc w:val="center"/>
              <w:rPr>
                <w:rFonts w:cs="Times New Roman"/>
                <w:szCs w:val="28"/>
              </w:rPr>
            </w:pPr>
            <w:r>
              <w:rPr>
                <w:rFonts w:cs="Times New Roman"/>
                <w:szCs w:val="28"/>
              </w:rPr>
              <w:t>3</w:t>
            </w:r>
          </w:p>
        </w:tc>
      </w:tr>
      <w:tr w:rsidR="00B242A0" w:rsidTr="00AB5612">
        <w:tc>
          <w:tcPr>
            <w:tcW w:w="851" w:type="dxa"/>
          </w:tcPr>
          <w:p w:rsidR="00B242A0" w:rsidRDefault="00B242A0" w:rsidP="00AB5612">
            <w:pPr>
              <w:spacing w:line="360" w:lineRule="auto"/>
              <w:jc w:val="center"/>
              <w:rPr>
                <w:rFonts w:cs="Times New Roman"/>
                <w:szCs w:val="28"/>
              </w:rPr>
            </w:pP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3.1 Xây dựng Thư viện số mini </w:t>
            </w:r>
          </w:p>
        </w:tc>
        <w:tc>
          <w:tcPr>
            <w:tcW w:w="1559" w:type="dxa"/>
          </w:tcPr>
          <w:p w:rsidR="00B242A0" w:rsidRDefault="009B19EE" w:rsidP="00AB5612">
            <w:pPr>
              <w:spacing w:line="360" w:lineRule="auto"/>
              <w:jc w:val="center"/>
              <w:rPr>
                <w:rFonts w:cs="Times New Roman"/>
                <w:szCs w:val="28"/>
              </w:rPr>
            </w:pPr>
            <w:r>
              <w:rPr>
                <w:rFonts w:cs="Times New Roman"/>
                <w:szCs w:val="28"/>
              </w:rPr>
              <w:t>4</w:t>
            </w:r>
          </w:p>
        </w:tc>
      </w:tr>
      <w:tr w:rsidR="00B242A0" w:rsidTr="00AB5612">
        <w:tc>
          <w:tcPr>
            <w:tcW w:w="851" w:type="dxa"/>
          </w:tcPr>
          <w:p w:rsidR="00B242A0" w:rsidRDefault="00B242A0" w:rsidP="00AB5612">
            <w:pPr>
              <w:spacing w:line="360" w:lineRule="auto"/>
              <w:jc w:val="center"/>
              <w:rPr>
                <w:rFonts w:cs="Times New Roman"/>
                <w:szCs w:val="28"/>
              </w:rPr>
            </w:pP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3.2 Lớp học STEAM từ vật liệu tái chế </w:t>
            </w:r>
          </w:p>
        </w:tc>
        <w:tc>
          <w:tcPr>
            <w:tcW w:w="1559" w:type="dxa"/>
          </w:tcPr>
          <w:p w:rsidR="00B242A0" w:rsidRDefault="009B19EE" w:rsidP="00AB5612">
            <w:pPr>
              <w:spacing w:line="360" w:lineRule="auto"/>
              <w:jc w:val="center"/>
              <w:rPr>
                <w:rFonts w:cs="Times New Roman"/>
                <w:szCs w:val="28"/>
              </w:rPr>
            </w:pPr>
            <w:r>
              <w:rPr>
                <w:rFonts w:cs="Times New Roman"/>
                <w:szCs w:val="28"/>
              </w:rPr>
              <w:t>4</w:t>
            </w:r>
          </w:p>
        </w:tc>
      </w:tr>
      <w:tr w:rsidR="00B242A0" w:rsidTr="00AB5612">
        <w:tc>
          <w:tcPr>
            <w:tcW w:w="851" w:type="dxa"/>
          </w:tcPr>
          <w:p w:rsidR="00B242A0" w:rsidRDefault="00B242A0" w:rsidP="00AB5612">
            <w:pPr>
              <w:spacing w:line="360" w:lineRule="auto"/>
              <w:jc w:val="center"/>
              <w:rPr>
                <w:rFonts w:cs="Times New Roman"/>
                <w:szCs w:val="28"/>
              </w:rPr>
            </w:pP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3.3 Quy trình triển khai </w:t>
            </w:r>
          </w:p>
        </w:tc>
        <w:tc>
          <w:tcPr>
            <w:tcW w:w="1559" w:type="dxa"/>
          </w:tcPr>
          <w:p w:rsidR="00B242A0" w:rsidRDefault="009B19EE" w:rsidP="00AB5612">
            <w:pPr>
              <w:spacing w:line="360" w:lineRule="auto"/>
              <w:jc w:val="center"/>
              <w:rPr>
                <w:rFonts w:cs="Times New Roman"/>
                <w:szCs w:val="28"/>
              </w:rPr>
            </w:pPr>
            <w:r>
              <w:rPr>
                <w:rFonts w:cs="Times New Roman"/>
                <w:szCs w:val="28"/>
              </w:rPr>
              <w:t>5</w:t>
            </w:r>
          </w:p>
        </w:tc>
      </w:tr>
      <w:tr w:rsidR="00B242A0" w:rsidTr="00AB5612">
        <w:tc>
          <w:tcPr>
            <w:tcW w:w="851" w:type="dxa"/>
          </w:tcPr>
          <w:p w:rsidR="00B242A0" w:rsidRDefault="00B242A0" w:rsidP="00AB5612">
            <w:pPr>
              <w:spacing w:line="360" w:lineRule="auto"/>
              <w:jc w:val="center"/>
              <w:rPr>
                <w:rFonts w:cs="Times New Roman"/>
                <w:szCs w:val="28"/>
              </w:rPr>
            </w:pPr>
            <w:r>
              <w:rPr>
                <w:rFonts w:cs="Times New Roman"/>
                <w:szCs w:val="28"/>
              </w:rPr>
              <w:t>4</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HIỆU QUẢ ĐẠT ĐƯỢC </w:t>
            </w:r>
          </w:p>
        </w:tc>
        <w:tc>
          <w:tcPr>
            <w:tcW w:w="1559" w:type="dxa"/>
          </w:tcPr>
          <w:p w:rsidR="00B242A0" w:rsidRDefault="006B1B74" w:rsidP="00AB5612">
            <w:pPr>
              <w:spacing w:line="360" w:lineRule="auto"/>
              <w:jc w:val="center"/>
              <w:rPr>
                <w:rFonts w:cs="Times New Roman"/>
                <w:szCs w:val="28"/>
              </w:rPr>
            </w:pPr>
            <w:r>
              <w:rPr>
                <w:rFonts w:cs="Times New Roman"/>
                <w:szCs w:val="28"/>
              </w:rPr>
              <w:t>6</w:t>
            </w:r>
            <w:r w:rsidR="009B19EE">
              <w:rPr>
                <w:rFonts w:cs="Times New Roman"/>
                <w:szCs w:val="28"/>
              </w:rPr>
              <w:t xml:space="preserve"> - 7</w:t>
            </w:r>
          </w:p>
        </w:tc>
      </w:tr>
      <w:tr w:rsidR="00B242A0" w:rsidTr="00AB5612">
        <w:tc>
          <w:tcPr>
            <w:tcW w:w="851" w:type="dxa"/>
          </w:tcPr>
          <w:p w:rsidR="00B242A0" w:rsidRDefault="00B242A0" w:rsidP="00AB5612">
            <w:pPr>
              <w:spacing w:line="360" w:lineRule="auto"/>
              <w:jc w:val="center"/>
              <w:rPr>
                <w:rFonts w:cs="Times New Roman"/>
                <w:szCs w:val="28"/>
              </w:rPr>
            </w:pPr>
            <w:r>
              <w:rPr>
                <w:rFonts w:cs="Times New Roman"/>
                <w:szCs w:val="28"/>
              </w:rPr>
              <w:t>5</w:t>
            </w:r>
          </w:p>
        </w:tc>
        <w:tc>
          <w:tcPr>
            <w:tcW w:w="6237" w:type="dxa"/>
          </w:tcPr>
          <w:p w:rsidR="00B242A0" w:rsidRDefault="009B19EE" w:rsidP="00BC6D35">
            <w:pPr>
              <w:spacing w:line="360" w:lineRule="auto"/>
              <w:rPr>
                <w:rFonts w:cs="Times New Roman"/>
                <w:szCs w:val="28"/>
              </w:rPr>
            </w:pPr>
            <w:r>
              <w:rPr>
                <w:rFonts w:cs="Times New Roman"/>
                <w:szCs w:val="28"/>
              </w:rPr>
              <w:t>PHỤ LỤC</w:t>
            </w:r>
            <w:r w:rsidR="00B242A0" w:rsidRPr="00BC6D35">
              <w:rPr>
                <w:rFonts w:cs="Times New Roman"/>
                <w:szCs w:val="28"/>
              </w:rPr>
              <w:t xml:space="preserve"> </w:t>
            </w:r>
          </w:p>
        </w:tc>
        <w:tc>
          <w:tcPr>
            <w:tcW w:w="1559" w:type="dxa"/>
          </w:tcPr>
          <w:p w:rsidR="00B242A0" w:rsidRDefault="006B1B74" w:rsidP="00AB5612">
            <w:pPr>
              <w:spacing w:line="360" w:lineRule="auto"/>
              <w:jc w:val="center"/>
              <w:rPr>
                <w:rFonts w:cs="Times New Roman"/>
                <w:szCs w:val="28"/>
              </w:rPr>
            </w:pPr>
            <w:r>
              <w:rPr>
                <w:rFonts w:cs="Times New Roman"/>
                <w:szCs w:val="28"/>
              </w:rPr>
              <w:t>7</w:t>
            </w:r>
            <w:r w:rsidR="008C127B">
              <w:rPr>
                <w:rFonts w:cs="Times New Roman"/>
                <w:szCs w:val="28"/>
              </w:rPr>
              <w:t>- 8-9-10</w:t>
            </w:r>
            <w:bookmarkStart w:id="0" w:name="_GoBack"/>
            <w:bookmarkEnd w:id="0"/>
          </w:p>
        </w:tc>
      </w:tr>
      <w:tr w:rsidR="009B19EE" w:rsidTr="00AB5612">
        <w:tc>
          <w:tcPr>
            <w:tcW w:w="851" w:type="dxa"/>
          </w:tcPr>
          <w:p w:rsidR="009B19EE" w:rsidRDefault="009B19EE" w:rsidP="00AB5612">
            <w:pPr>
              <w:spacing w:line="360" w:lineRule="auto"/>
              <w:jc w:val="center"/>
              <w:rPr>
                <w:rFonts w:cs="Times New Roman"/>
                <w:szCs w:val="28"/>
              </w:rPr>
            </w:pPr>
            <w:r>
              <w:rPr>
                <w:rFonts w:cs="Times New Roman"/>
                <w:szCs w:val="28"/>
              </w:rPr>
              <w:t>6</w:t>
            </w:r>
          </w:p>
        </w:tc>
        <w:tc>
          <w:tcPr>
            <w:tcW w:w="6237" w:type="dxa"/>
          </w:tcPr>
          <w:p w:rsidR="009B19EE" w:rsidRPr="00BC6D35" w:rsidRDefault="009B19EE" w:rsidP="00BC6D35">
            <w:pPr>
              <w:spacing w:line="360" w:lineRule="auto"/>
              <w:rPr>
                <w:rFonts w:cs="Times New Roman"/>
                <w:szCs w:val="28"/>
              </w:rPr>
            </w:pPr>
            <w:r w:rsidRPr="00BC6D35">
              <w:rPr>
                <w:rFonts w:cs="Times New Roman"/>
                <w:szCs w:val="28"/>
              </w:rPr>
              <w:t>BÀI HỌC KINH NGHIỆM</w:t>
            </w:r>
          </w:p>
        </w:tc>
        <w:tc>
          <w:tcPr>
            <w:tcW w:w="1559" w:type="dxa"/>
          </w:tcPr>
          <w:p w:rsidR="009B19EE" w:rsidRDefault="008C127B" w:rsidP="00AB5612">
            <w:pPr>
              <w:spacing w:line="360" w:lineRule="auto"/>
              <w:jc w:val="center"/>
              <w:rPr>
                <w:rFonts w:cs="Times New Roman"/>
                <w:szCs w:val="28"/>
              </w:rPr>
            </w:pPr>
            <w:r>
              <w:rPr>
                <w:rFonts w:cs="Times New Roman"/>
                <w:szCs w:val="28"/>
              </w:rPr>
              <w:t>11</w:t>
            </w:r>
          </w:p>
        </w:tc>
      </w:tr>
      <w:tr w:rsidR="00B242A0" w:rsidTr="00AB5612">
        <w:tc>
          <w:tcPr>
            <w:tcW w:w="851" w:type="dxa"/>
          </w:tcPr>
          <w:p w:rsidR="00B242A0" w:rsidRDefault="009B19EE" w:rsidP="00AB5612">
            <w:pPr>
              <w:spacing w:line="360" w:lineRule="auto"/>
              <w:jc w:val="center"/>
              <w:rPr>
                <w:rFonts w:cs="Times New Roman"/>
                <w:szCs w:val="28"/>
              </w:rPr>
            </w:pPr>
            <w:r>
              <w:rPr>
                <w:rFonts w:cs="Times New Roman"/>
                <w:szCs w:val="28"/>
              </w:rPr>
              <w:t>7</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KHẢ NĂNG ÁP DỤNG VÀ NHÂN RỘNG </w:t>
            </w:r>
          </w:p>
        </w:tc>
        <w:tc>
          <w:tcPr>
            <w:tcW w:w="1559" w:type="dxa"/>
          </w:tcPr>
          <w:p w:rsidR="00B242A0" w:rsidRDefault="008C127B" w:rsidP="00AB5612">
            <w:pPr>
              <w:spacing w:line="360" w:lineRule="auto"/>
              <w:jc w:val="center"/>
              <w:rPr>
                <w:rFonts w:cs="Times New Roman"/>
                <w:szCs w:val="28"/>
              </w:rPr>
            </w:pPr>
            <w:r>
              <w:rPr>
                <w:rFonts w:cs="Times New Roman"/>
                <w:szCs w:val="28"/>
              </w:rPr>
              <w:t>11</w:t>
            </w:r>
          </w:p>
        </w:tc>
      </w:tr>
      <w:tr w:rsidR="00B242A0" w:rsidTr="00AB5612">
        <w:tc>
          <w:tcPr>
            <w:tcW w:w="851" w:type="dxa"/>
          </w:tcPr>
          <w:p w:rsidR="00B242A0" w:rsidRDefault="009B19EE" w:rsidP="00AB5612">
            <w:pPr>
              <w:spacing w:line="360" w:lineRule="auto"/>
              <w:jc w:val="center"/>
              <w:rPr>
                <w:rFonts w:cs="Times New Roman"/>
                <w:szCs w:val="28"/>
              </w:rPr>
            </w:pPr>
            <w:r>
              <w:rPr>
                <w:rFonts w:cs="Times New Roman"/>
                <w:szCs w:val="28"/>
              </w:rPr>
              <w:t>8</w:t>
            </w:r>
          </w:p>
        </w:tc>
        <w:tc>
          <w:tcPr>
            <w:tcW w:w="6237" w:type="dxa"/>
          </w:tcPr>
          <w:p w:rsidR="00B242A0" w:rsidRDefault="00B242A0" w:rsidP="00BC6D35">
            <w:pPr>
              <w:spacing w:line="360" w:lineRule="auto"/>
              <w:rPr>
                <w:rFonts w:cs="Times New Roman"/>
                <w:szCs w:val="28"/>
              </w:rPr>
            </w:pPr>
            <w:r w:rsidRPr="00BC6D35">
              <w:rPr>
                <w:rFonts w:cs="Times New Roman"/>
                <w:szCs w:val="28"/>
              </w:rPr>
              <w:t xml:space="preserve">KẾT LUẬN VÀ KIẾN NGHỊ </w:t>
            </w:r>
          </w:p>
        </w:tc>
        <w:tc>
          <w:tcPr>
            <w:tcW w:w="1559" w:type="dxa"/>
          </w:tcPr>
          <w:p w:rsidR="00B242A0" w:rsidRDefault="008C127B" w:rsidP="00AB5612">
            <w:pPr>
              <w:spacing w:line="360" w:lineRule="auto"/>
              <w:jc w:val="center"/>
              <w:rPr>
                <w:rFonts w:cs="Times New Roman"/>
                <w:szCs w:val="28"/>
              </w:rPr>
            </w:pPr>
            <w:r>
              <w:rPr>
                <w:rFonts w:cs="Times New Roman"/>
                <w:szCs w:val="28"/>
              </w:rPr>
              <w:t>11-12</w:t>
            </w:r>
          </w:p>
        </w:tc>
      </w:tr>
    </w:tbl>
    <w:p w:rsidR="002C21D6" w:rsidRDefault="002C21D6">
      <w:pPr>
        <w:rPr>
          <w:rFonts w:eastAsiaTheme="majorEastAsia" w:cs="Times New Roman"/>
          <w:b/>
          <w:bCs/>
          <w:szCs w:val="28"/>
        </w:rPr>
      </w:pPr>
      <w:r>
        <w:rPr>
          <w:rFonts w:cs="Times New Roman"/>
        </w:rPr>
        <w:br w:type="page"/>
      </w:r>
    </w:p>
    <w:p w:rsidR="00C14156" w:rsidRPr="00BC6D35" w:rsidRDefault="001F57AC" w:rsidP="00BC6D35">
      <w:pPr>
        <w:pStyle w:val="Heading1"/>
        <w:spacing w:before="0" w:line="360" w:lineRule="auto"/>
        <w:rPr>
          <w:rFonts w:ascii="Times New Roman" w:hAnsi="Times New Roman" w:cs="Times New Roman"/>
          <w:color w:val="auto"/>
        </w:rPr>
      </w:pPr>
      <w:r w:rsidRPr="00BC6D35">
        <w:rPr>
          <w:rFonts w:ascii="Times New Roman" w:hAnsi="Times New Roman" w:cs="Times New Roman"/>
          <w:color w:val="auto"/>
        </w:rPr>
        <w:lastRenderedPageBreak/>
        <w:t>1. MỞ ĐẦU</w:t>
      </w:r>
    </w:p>
    <w:p w:rsidR="00C14156" w:rsidRPr="00BC6D35" w:rsidRDefault="00783B9C" w:rsidP="00BC6D35">
      <w:pPr>
        <w:spacing w:after="0" w:line="360" w:lineRule="auto"/>
        <w:rPr>
          <w:rFonts w:cs="Times New Roman"/>
          <w:szCs w:val="28"/>
        </w:rPr>
      </w:pPr>
      <w:r>
        <w:rPr>
          <w:rFonts w:cs="Times New Roman"/>
          <w:b/>
          <w:szCs w:val="28"/>
        </w:rPr>
        <w:t>1.1. Lý do chọn đề tài</w:t>
      </w:r>
    </w:p>
    <w:p w:rsidR="00C14156" w:rsidRPr="00BC6D35" w:rsidRDefault="00D4039C" w:rsidP="00AB5612">
      <w:pPr>
        <w:spacing w:after="0" w:line="360" w:lineRule="auto"/>
        <w:jc w:val="both"/>
        <w:rPr>
          <w:rFonts w:cs="Times New Roman"/>
          <w:szCs w:val="28"/>
        </w:rPr>
      </w:pPr>
      <w:r>
        <w:rPr>
          <w:rFonts w:cs="Times New Roman"/>
          <w:szCs w:val="28"/>
        </w:rPr>
        <w:tab/>
      </w:r>
      <w:r w:rsidR="001F57AC" w:rsidRPr="00BC6D35">
        <w:rPr>
          <w:rFonts w:cs="Times New Roman"/>
          <w:szCs w:val="28"/>
        </w:rPr>
        <w:t>Trong nhiều năm gần đây, yêu cầu đổi mới phương pháp dạy học theo định hướng phát triển phẩm chất và năng lực học sinh trong Chương trình Giáo dục phổ thông 2018 đã trở thành nhiệm vụ cấp thiết. Tuy nhiên, thực tế ở các trường vùng nông thôn, như Trường THCS Yên Ninh – xã Yên Trạch, tỉnh Thái Nguyên, còn tồn tại nhiều khó khăn: hạn chế về phòng học bộ môn, thiết bị dạy học điện tử, học liệu số chưa được đầu tư đầy đủ, và ít có cơ hội tiếp cận các mô hình dạy học trải nghiệm như STEAM. Trong bối cảnh đó, việc thiết kế giải pháp tận dụng nguồn lực tại chỗ (vật liệu tái chế) kết hợp với học liệu số mini là một hướng đi phù hợp, tiết kiệm và có khả năng nhân rộng nhằm nâng cao chất lượng dạy học và phát triển năng lực học sinh.</w:t>
      </w:r>
    </w:p>
    <w:p w:rsidR="00C14156" w:rsidRPr="00BC6D35" w:rsidRDefault="00783B9C" w:rsidP="00BC6D35">
      <w:pPr>
        <w:spacing w:after="0" w:line="360" w:lineRule="auto"/>
        <w:rPr>
          <w:rFonts w:cs="Times New Roman"/>
          <w:szCs w:val="28"/>
        </w:rPr>
      </w:pPr>
      <w:r>
        <w:rPr>
          <w:rFonts w:cs="Times New Roman"/>
          <w:b/>
          <w:szCs w:val="28"/>
        </w:rPr>
        <w:t>1.2. Mục tiêu nghiên cứu</w:t>
      </w:r>
    </w:p>
    <w:p w:rsidR="003A7B4A" w:rsidRDefault="001F57AC" w:rsidP="0043247C">
      <w:pPr>
        <w:spacing w:after="0" w:line="360" w:lineRule="auto"/>
        <w:jc w:val="both"/>
        <w:rPr>
          <w:rFonts w:cs="Times New Roman"/>
          <w:szCs w:val="28"/>
        </w:rPr>
      </w:pPr>
      <w:r w:rsidRPr="00BC6D35">
        <w:rPr>
          <w:rFonts w:cs="Times New Roman"/>
          <w:szCs w:val="28"/>
        </w:rPr>
        <w:t>Mục tiêu chung:</w:t>
      </w:r>
    </w:p>
    <w:p w:rsidR="003A7B4A" w:rsidRDefault="001F57AC" w:rsidP="0043247C">
      <w:pPr>
        <w:spacing w:after="0" w:line="360" w:lineRule="auto"/>
        <w:jc w:val="both"/>
        <w:rPr>
          <w:rFonts w:cs="Times New Roman"/>
          <w:szCs w:val="28"/>
        </w:rPr>
      </w:pPr>
      <w:r w:rsidRPr="00BC6D35">
        <w:rPr>
          <w:rFonts w:cs="Times New Roman"/>
          <w:szCs w:val="28"/>
        </w:rPr>
        <w:t>- Đề xuất và triển khai mô h</w:t>
      </w:r>
      <w:r w:rsidR="003B4925">
        <w:rPr>
          <w:rFonts w:cs="Times New Roman"/>
          <w:szCs w:val="28"/>
        </w:rPr>
        <w:t>ình 'Thư viện</w:t>
      </w:r>
      <w:r w:rsidRPr="00BC6D35">
        <w:rPr>
          <w:rFonts w:cs="Times New Roman"/>
          <w:szCs w:val="28"/>
        </w:rPr>
        <w:t xml:space="preserve"> STEAM từ vật liệu tái chế' phù hợp với điều kiện trường học nông thôn.</w:t>
      </w:r>
    </w:p>
    <w:p w:rsidR="003A7B4A" w:rsidRDefault="001F57AC" w:rsidP="0043247C">
      <w:pPr>
        <w:spacing w:after="0" w:line="360" w:lineRule="auto"/>
        <w:jc w:val="both"/>
        <w:rPr>
          <w:rFonts w:cs="Times New Roman"/>
          <w:szCs w:val="28"/>
        </w:rPr>
      </w:pPr>
      <w:r w:rsidRPr="00BC6D35">
        <w:rPr>
          <w:rFonts w:cs="Times New Roman"/>
          <w:szCs w:val="28"/>
        </w:rPr>
        <w:t>Mục tiêu cụ thể:</w:t>
      </w:r>
    </w:p>
    <w:p w:rsidR="003A7B4A" w:rsidRDefault="001F57AC" w:rsidP="0043247C">
      <w:pPr>
        <w:spacing w:after="0" w:line="360" w:lineRule="auto"/>
        <w:jc w:val="both"/>
        <w:rPr>
          <w:rFonts w:cs="Times New Roman"/>
          <w:szCs w:val="28"/>
        </w:rPr>
      </w:pPr>
      <w:r w:rsidRPr="00BC6D35">
        <w:rPr>
          <w:rFonts w:cs="Times New Roman"/>
          <w:szCs w:val="28"/>
        </w:rPr>
        <w:t>1) Xây dựng kho học liệu số offline phục vụ cho việc tự học và hỗ trợ giảng dạy tại trường.</w:t>
      </w:r>
      <w:r w:rsidRPr="00BC6D35">
        <w:rPr>
          <w:rFonts w:cs="Times New Roman"/>
          <w:szCs w:val="28"/>
        </w:rPr>
        <w:br/>
        <w:t>2) Xây dựng chuỗi hoạt động STEAM sử dụng vật liệu tái chế, giúp học sinh trải nghiệm, thực hành và sáng tạo.</w:t>
      </w:r>
    </w:p>
    <w:p w:rsidR="00C14156" w:rsidRPr="00BC6D35" w:rsidRDefault="001F57AC" w:rsidP="0043247C">
      <w:pPr>
        <w:spacing w:after="0" w:line="360" w:lineRule="auto"/>
        <w:jc w:val="both"/>
        <w:rPr>
          <w:rFonts w:cs="Times New Roman"/>
          <w:szCs w:val="28"/>
        </w:rPr>
      </w:pPr>
      <w:r w:rsidRPr="00BC6D35">
        <w:rPr>
          <w:rFonts w:cs="Times New Roman"/>
          <w:szCs w:val="28"/>
        </w:rPr>
        <w:t xml:space="preserve">3) Nâng cao tỷ lệ học sinh hứng thú học tập, cải thiện kết quả học tập </w:t>
      </w:r>
      <w:r w:rsidR="00783B9C">
        <w:rPr>
          <w:rFonts w:cs="Times New Roman"/>
          <w:szCs w:val="28"/>
        </w:rPr>
        <w:t>môn Toán và năng lực thực hành.</w:t>
      </w:r>
    </w:p>
    <w:p w:rsidR="00C14156" w:rsidRPr="00BC6D35" w:rsidRDefault="001F57AC" w:rsidP="0043247C">
      <w:pPr>
        <w:spacing w:after="0" w:line="360" w:lineRule="auto"/>
        <w:jc w:val="both"/>
        <w:rPr>
          <w:rFonts w:cs="Times New Roman"/>
          <w:szCs w:val="28"/>
        </w:rPr>
      </w:pPr>
      <w:r w:rsidRPr="00BC6D35">
        <w:rPr>
          <w:rFonts w:cs="Times New Roman"/>
          <w:b/>
          <w:szCs w:val="28"/>
        </w:rPr>
        <w:t>1.</w:t>
      </w:r>
      <w:r w:rsidR="00783B9C">
        <w:rPr>
          <w:rFonts w:cs="Times New Roman"/>
          <w:b/>
          <w:szCs w:val="28"/>
        </w:rPr>
        <w:t>3. Đối tượng và phạm vi áp dụng</w:t>
      </w:r>
    </w:p>
    <w:p w:rsidR="0043247C" w:rsidRDefault="001F57AC" w:rsidP="0043247C">
      <w:pPr>
        <w:spacing w:after="0" w:line="360" w:lineRule="auto"/>
        <w:jc w:val="both"/>
        <w:rPr>
          <w:rFonts w:cs="Times New Roman"/>
          <w:szCs w:val="28"/>
        </w:rPr>
      </w:pPr>
      <w:r w:rsidRPr="00BC6D35">
        <w:rPr>
          <w:rFonts w:cs="Times New Roman"/>
          <w:szCs w:val="28"/>
        </w:rPr>
        <w:t>Đối tượng áp dụng: Học sinh khối 6,7,8; giáo viên dạy Toán, Công nghệ, Mỹ thuật và giáo viên phụ trách hoạt động trải nghiệm.</w:t>
      </w:r>
    </w:p>
    <w:p w:rsidR="00C14156" w:rsidRPr="00BC6D35" w:rsidRDefault="001F57AC" w:rsidP="0043247C">
      <w:pPr>
        <w:spacing w:after="0" w:line="360" w:lineRule="auto"/>
        <w:jc w:val="both"/>
        <w:rPr>
          <w:rFonts w:cs="Times New Roman"/>
          <w:szCs w:val="28"/>
        </w:rPr>
      </w:pPr>
      <w:r w:rsidRPr="00BC6D35">
        <w:rPr>
          <w:rFonts w:cs="Times New Roman"/>
          <w:szCs w:val="28"/>
        </w:rPr>
        <w:lastRenderedPageBreak/>
        <w:t xml:space="preserve">Phạm vi: Trường THCS Yên Ninh, có khả năng nhân rộng cho các trường THCS vùng nông thôn trong </w:t>
      </w:r>
      <w:r w:rsidR="00783B9C">
        <w:rPr>
          <w:rFonts w:cs="Times New Roman"/>
          <w:szCs w:val="28"/>
        </w:rPr>
        <w:t>xã Yên Trạch</w:t>
      </w:r>
      <w:r w:rsidRPr="00BC6D35">
        <w:rPr>
          <w:rFonts w:cs="Times New Roman"/>
          <w:szCs w:val="28"/>
        </w:rPr>
        <w:t xml:space="preserve"> và toàn tỉnh Thái Nguyên.</w:t>
      </w:r>
    </w:p>
    <w:p w:rsidR="00C14156" w:rsidRPr="00BC6D35" w:rsidRDefault="00783B9C" w:rsidP="0043247C">
      <w:pPr>
        <w:spacing w:after="0" w:line="360" w:lineRule="auto"/>
        <w:jc w:val="both"/>
        <w:rPr>
          <w:rFonts w:cs="Times New Roman"/>
          <w:szCs w:val="28"/>
        </w:rPr>
      </w:pPr>
      <w:r>
        <w:rPr>
          <w:rFonts w:cs="Times New Roman"/>
          <w:b/>
          <w:szCs w:val="28"/>
        </w:rPr>
        <w:t>1.4. Phương pháp nghiên cứu</w:t>
      </w:r>
    </w:p>
    <w:p w:rsidR="0043247C" w:rsidRDefault="001F57AC" w:rsidP="0043247C">
      <w:pPr>
        <w:spacing w:after="0" w:line="360" w:lineRule="auto"/>
        <w:jc w:val="both"/>
        <w:rPr>
          <w:rFonts w:cs="Times New Roman"/>
          <w:szCs w:val="28"/>
        </w:rPr>
      </w:pPr>
      <w:r w:rsidRPr="00BC6D35">
        <w:rPr>
          <w:rFonts w:cs="Times New Roman"/>
          <w:szCs w:val="28"/>
        </w:rPr>
        <w:t>1) Điều tra, khảo sát thực trạng cơ sở vật chất và nhu cầu học liệu tại trường.</w:t>
      </w:r>
      <w:r w:rsidRPr="00BC6D35">
        <w:rPr>
          <w:rFonts w:cs="Times New Roman"/>
          <w:szCs w:val="28"/>
        </w:rPr>
        <w:br/>
        <w:t>2) Thiết kế mô hình giải pháp, thử nghiệm lồng ghép vào một số tiết học, đánh giá trước và sau.</w:t>
      </w:r>
    </w:p>
    <w:p w:rsidR="00C14156" w:rsidRPr="00BC6D35" w:rsidRDefault="001F57AC" w:rsidP="0043247C">
      <w:pPr>
        <w:spacing w:after="0" w:line="360" w:lineRule="auto"/>
        <w:jc w:val="both"/>
        <w:rPr>
          <w:rFonts w:cs="Times New Roman"/>
          <w:szCs w:val="28"/>
        </w:rPr>
      </w:pPr>
      <w:r w:rsidRPr="00BC6D35">
        <w:rPr>
          <w:rFonts w:cs="Times New Roman"/>
          <w:szCs w:val="28"/>
        </w:rPr>
        <w:t>3) Phân tích dữ liệu định tính (phỏng vấn, nhận xét giáo viên, phản hồi phụ huynh) và định lượng (bảng so sánh trước/sau).</w:t>
      </w:r>
    </w:p>
    <w:p w:rsidR="00C14156" w:rsidRPr="00BC6D35" w:rsidRDefault="001F57AC" w:rsidP="00BC6D35">
      <w:pPr>
        <w:pStyle w:val="Heading1"/>
        <w:spacing w:before="0" w:line="360" w:lineRule="auto"/>
        <w:rPr>
          <w:rFonts w:ascii="Times New Roman" w:hAnsi="Times New Roman" w:cs="Times New Roman"/>
          <w:color w:val="auto"/>
        </w:rPr>
      </w:pPr>
      <w:r w:rsidRPr="00BC6D35">
        <w:rPr>
          <w:rFonts w:ascii="Times New Roman" w:hAnsi="Times New Roman" w:cs="Times New Roman"/>
          <w:color w:val="auto"/>
        </w:rPr>
        <w:t>2. CƠ SỞ LÝ LUẬN VÀ THỰC TIỄN</w:t>
      </w:r>
    </w:p>
    <w:p w:rsidR="00C14156" w:rsidRPr="00BC6D35" w:rsidRDefault="00783B9C" w:rsidP="00BC6D35">
      <w:pPr>
        <w:spacing w:after="0" w:line="360" w:lineRule="auto"/>
        <w:rPr>
          <w:rFonts w:cs="Times New Roman"/>
          <w:szCs w:val="28"/>
        </w:rPr>
      </w:pPr>
      <w:r>
        <w:rPr>
          <w:rFonts w:cs="Times New Roman"/>
          <w:b/>
          <w:szCs w:val="28"/>
        </w:rPr>
        <w:t>2.1. Cơ sở lý luận</w:t>
      </w:r>
    </w:p>
    <w:p w:rsidR="00C14156" w:rsidRPr="00BC6D35" w:rsidRDefault="001F57AC" w:rsidP="0043247C">
      <w:pPr>
        <w:spacing w:after="0" w:line="360" w:lineRule="auto"/>
        <w:jc w:val="both"/>
        <w:rPr>
          <w:rFonts w:cs="Times New Roman"/>
          <w:szCs w:val="28"/>
        </w:rPr>
      </w:pPr>
      <w:r w:rsidRPr="00BC6D35">
        <w:rPr>
          <w:rFonts w:cs="Times New Roman"/>
          <w:szCs w:val="28"/>
        </w:rPr>
        <w:t>Chương trình GDPT 2018 đề cao năng lực người học, khuyến khích phương pháp dạy học tích cực, trải nghiệm và lồng ghép liên môn. Giáo dục STEAM (Science, Technology, Engineering, Arts and Mathematics) hướng tới phát triển năng lực giải quyết vấn đề, tư duy phản biện, kỹ năng sáng tạo và hợp tác. Việc tích hợp STEAM vào dạy học môn Toán giúp học sinh thấy được tính ứng dụng của kiến thức, từ đó tăng động lực học tập và hiệu quả giáo dục.</w:t>
      </w:r>
    </w:p>
    <w:p w:rsidR="00C14156" w:rsidRPr="00BC6D35" w:rsidRDefault="001F57AC" w:rsidP="00BC6D35">
      <w:pPr>
        <w:spacing w:after="0" w:line="360" w:lineRule="auto"/>
        <w:rPr>
          <w:rFonts w:cs="Times New Roman"/>
          <w:szCs w:val="28"/>
        </w:rPr>
      </w:pPr>
      <w:r w:rsidRPr="00BC6D35">
        <w:rPr>
          <w:rFonts w:cs="Times New Roman"/>
          <w:b/>
          <w:szCs w:val="28"/>
        </w:rPr>
        <w:t>2.2. Thực</w:t>
      </w:r>
      <w:r w:rsidR="00783B9C">
        <w:rPr>
          <w:rFonts w:cs="Times New Roman"/>
          <w:b/>
          <w:szCs w:val="28"/>
        </w:rPr>
        <w:t xml:space="preserve"> trạng tại Trường THCS Yên Ninh</w:t>
      </w:r>
    </w:p>
    <w:p w:rsidR="00C14156" w:rsidRPr="00BC6D35" w:rsidRDefault="001F57AC" w:rsidP="0043247C">
      <w:pPr>
        <w:spacing w:after="0" w:line="360" w:lineRule="auto"/>
        <w:jc w:val="both"/>
        <w:rPr>
          <w:rFonts w:cs="Times New Roman"/>
          <w:szCs w:val="28"/>
        </w:rPr>
      </w:pPr>
      <w:r w:rsidRPr="00BC6D35">
        <w:rPr>
          <w:rFonts w:cs="Times New Roman"/>
          <w:szCs w:val="28"/>
        </w:rPr>
        <w:t>Trường THCS Yên Ninh là trường vùng nông thôn với nguồn lực hạn chế. Qua khảo sát ban đầu (năm học 2023-2024), nhiều lớp chưa có máy chiếu, số lượng máy tính phục vụ giáo dục còn ít, và học liệu số chưa được tổ chức tập trung. Đồng thời, một số học sinh chưa có điều kiện truy cập internet ở nhà, vì vậy việc xây dựng thư viện số offline đặt tại trường sẽ giúp mọi học sinh đều có cơ hội tiếp cận tài nguyên học tập.</w:t>
      </w:r>
    </w:p>
    <w:p w:rsidR="00C14156" w:rsidRPr="00BC6D35" w:rsidRDefault="001F57AC" w:rsidP="00BC6D35">
      <w:pPr>
        <w:pStyle w:val="Heading1"/>
        <w:spacing w:before="0" w:line="360" w:lineRule="auto"/>
        <w:rPr>
          <w:rFonts w:ascii="Times New Roman" w:hAnsi="Times New Roman" w:cs="Times New Roman"/>
          <w:color w:val="auto"/>
        </w:rPr>
      </w:pPr>
      <w:r w:rsidRPr="00BC6D35">
        <w:rPr>
          <w:rFonts w:ascii="Times New Roman" w:hAnsi="Times New Roman" w:cs="Times New Roman"/>
          <w:color w:val="auto"/>
        </w:rPr>
        <w:t>3. NỘI DUNG SÁNG KIẾN</w:t>
      </w:r>
    </w:p>
    <w:p w:rsidR="0043247C" w:rsidRDefault="001F57AC" w:rsidP="0043247C">
      <w:pPr>
        <w:spacing w:after="0" w:line="360" w:lineRule="auto"/>
        <w:jc w:val="both"/>
        <w:rPr>
          <w:rFonts w:cs="Times New Roman"/>
          <w:b/>
          <w:szCs w:val="28"/>
        </w:rPr>
      </w:pPr>
      <w:r w:rsidRPr="00BC6D35">
        <w:rPr>
          <w:rFonts w:cs="Times New Roman"/>
          <w:b/>
          <w:szCs w:val="28"/>
        </w:rPr>
        <w:t>3.1. Xây dựng Thư viện số mini</w:t>
      </w:r>
    </w:p>
    <w:p w:rsidR="0043247C" w:rsidRDefault="001F57AC" w:rsidP="0043247C">
      <w:pPr>
        <w:spacing w:after="0" w:line="360" w:lineRule="auto"/>
        <w:jc w:val="both"/>
        <w:rPr>
          <w:rFonts w:cs="Times New Roman"/>
          <w:szCs w:val="28"/>
        </w:rPr>
      </w:pPr>
      <w:r w:rsidRPr="00BC6D35">
        <w:rPr>
          <w:rFonts w:cs="Times New Roman"/>
          <w:szCs w:val="28"/>
        </w:rPr>
        <w:lastRenderedPageBreak/>
        <w:t xml:space="preserve">Mô tả: Thư viện số mini là một kho học liệu điện tử đặt tại phòng đa năng hoặc phòng máy tính của trường, có thể truy cập offline bằng máy tính, thiết bị di động </w:t>
      </w:r>
      <w:r w:rsidR="0043247C">
        <w:rPr>
          <w:rFonts w:cs="Times New Roman"/>
          <w:szCs w:val="28"/>
        </w:rPr>
        <w:t>hoặc thẻ nhớ.</w:t>
      </w:r>
      <w:r w:rsidR="0043247C">
        <w:rPr>
          <w:rFonts w:cs="Times New Roman"/>
          <w:szCs w:val="28"/>
          <w:lang w:val="vi-VN"/>
        </w:rPr>
        <w:t xml:space="preserve"> </w:t>
      </w:r>
      <w:r w:rsidRPr="00BC6D35">
        <w:rPr>
          <w:rFonts w:cs="Times New Roman"/>
          <w:szCs w:val="28"/>
        </w:rPr>
        <w:t>Các bước triển khai cụ thể:</w:t>
      </w:r>
    </w:p>
    <w:p w:rsidR="0043247C" w:rsidRDefault="001F57AC" w:rsidP="0043247C">
      <w:pPr>
        <w:spacing w:after="0" w:line="360" w:lineRule="auto"/>
        <w:jc w:val="both"/>
        <w:rPr>
          <w:rFonts w:cs="Times New Roman"/>
          <w:szCs w:val="28"/>
        </w:rPr>
      </w:pPr>
      <w:r w:rsidRPr="00BC6D35">
        <w:rPr>
          <w:rFonts w:cs="Times New Roman"/>
          <w:szCs w:val="28"/>
        </w:rPr>
        <w:t>1) Vận động quyên góp: Phối hợp với phụ huynh và cộng đồng để vận động quyên góp máy tính, máy tính bảng, điện thoại còn dùng được.</w:t>
      </w:r>
    </w:p>
    <w:p w:rsidR="0043247C" w:rsidRDefault="001F57AC" w:rsidP="0043247C">
      <w:pPr>
        <w:spacing w:after="0" w:line="360" w:lineRule="auto"/>
        <w:jc w:val="both"/>
        <w:rPr>
          <w:rFonts w:cs="Times New Roman"/>
          <w:szCs w:val="28"/>
        </w:rPr>
      </w:pPr>
      <w:r w:rsidRPr="00BC6D35">
        <w:rPr>
          <w:rFonts w:cs="Times New Roman"/>
          <w:szCs w:val="28"/>
        </w:rPr>
        <w:t>2) Cài đặt hệ thống: Thiết lập một máy chủ hoặc máy tính trạm chứa tài nguyên (SGK điện tử, video bài giảng, phần mềm giáo dục, bộ đề ôn tập).</w:t>
      </w:r>
    </w:p>
    <w:p w:rsidR="0043247C" w:rsidRDefault="001F57AC" w:rsidP="0043247C">
      <w:pPr>
        <w:spacing w:after="0" w:line="360" w:lineRule="auto"/>
        <w:jc w:val="both"/>
        <w:rPr>
          <w:rFonts w:cs="Times New Roman"/>
          <w:szCs w:val="28"/>
        </w:rPr>
      </w:pPr>
      <w:r w:rsidRPr="00BC6D35">
        <w:rPr>
          <w:rFonts w:cs="Times New Roman"/>
          <w:szCs w:val="28"/>
        </w:rPr>
        <w:t>3) Tổ chức truy cập offline: Chuẩn bị USB/ thẻ nhớ, ổ NAS hoặc máy chủ nhỏ để học sinh và giáo viên truy cập tại trường mà không cần internet.</w:t>
      </w:r>
    </w:p>
    <w:p w:rsidR="0043247C" w:rsidRDefault="001F57AC" w:rsidP="0043247C">
      <w:pPr>
        <w:spacing w:after="0" w:line="360" w:lineRule="auto"/>
        <w:jc w:val="both"/>
        <w:rPr>
          <w:rFonts w:cs="Times New Roman"/>
          <w:szCs w:val="28"/>
        </w:rPr>
      </w:pPr>
      <w:r w:rsidRPr="00BC6D35">
        <w:rPr>
          <w:rFonts w:cs="Times New Roman"/>
          <w:szCs w:val="28"/>
        </w:rPr>
        <w:t>4) Quản lý và cập nhật: Phân công giáo viên phụ trách, lập danh mục, phân loại theo môn học, cấp lớp, và sao lưu dự phòng.</w:t>
      </w:r>
    </w:p>
    <w:p w:rsidR="0043247C" w:rsidRDefault="001F57AC" w:rsidP="0043247C">
      <w:pPr>
        <w:spacing w:after="0" w:line="360" w:lineRule="auto"/>
        <w:jc w:val="both"/>
        <w:rPr>
          <w:rFonts w:cs="Times New Roman"/>
          <w:b/>
          <w:szCs w:val="28"/>
        </w:rPr>
      </w:pPr>
      <w:r w:rsidRPr="00BC6D35">
        <w:rPr>
          <w:rFonts w:cs="Times New Roman"/>
          <w:b/>
          <w:szCs w:val="28"/>
        </w:rPr>
        <w:t>3.1.1. Danh mục học liệu gợi ý</w:t>
      </w:r>
    </w:p>
    <w:p w:rsidR="0043247C" w:rsidRDefault="001F57AC" w:rsidP="0043247C">
      <w:pPr>
        <w:spacing w:after="0" w:line="360" w:lineRule="auto"/>
        <w:jc w:val="both"/>
        <w:rPr>
          <w:rFonts w:cs="Times New Roman"/>
          <w:szCs w:val="28"/>
        </w:rPr>
      </w:pPr>
      <w:r w:rsidRPr="00BC6D35">
        <w:rPr>
          <w:rFonts w:cs="Times New Roman"/>
          <w:szCs w:val="28"/>
        </w:rPr>
        <w:t>- SGK điện tử (Toán 6,7,8 theo bộ 'Kết nối tri thức với cuộc sống').</w:t>
      </w:r>
    </w:p>
    <w:p w:rsidR="0043247C" w:rsidRDefault="001F57AC" w:rsidP="0043247C">
      <w:pPr>
        <w:spacing w:after="0" w:line="360" w:lineRule="auto"/>
        <w:jc w:val="both"/>
        <w:rPr>
          <w:rFonts w:cs="Times New Roman"/>
          <w:szCs w:val="28"/>
        </w:rPr>
      </w:pPr>
      <w:r w:rsidRPr="00BC6D35">
        <w:rPr>
          <w:rFonts w:cs="Times New Roman"/>
          <w:szCs w:val="28"/>
        </w:rPr>
        <w:t>- Video bài giảng, hướng dẫn giải bài tập, bài mẫu thực hành STEAM.</w:t>
      </w:r>
    </w:p>
    <w:p w:rsidR="00C14156" w:rsidRPr="00BC6D35" w:rsidRDefault="001F57AC" w:rsidP="0043247C">
      <w:pPr>
        <w:spacing w:after="0" w:line="360" w:lineRule="auto"/>
        <w:jc w:val="both"/>
        <w:rPr>
          <w:rFonts w:cs="Times New Roman"/>
          <w:szCs w:val="28"/>
        </w:rPr>
      </w:pPr>
      <w:r w:rsidRPr="00BC6D35">
        <w:rPr>
          <w:rFonts w:cs="Times New Roman"/>
          <w:szCs w:val="28"/>
        </w:rPr>
        <w:t>- Phần mềm GeoGebra, mô phỏng hình học, tập tin trình diễn (PowerPoint), bộ đề kiểm tra và đáp án.</w:t>
      </w:r>
    </w:p>
    <w:p w:rsidR="00C14156" w:rsidRPr="00BC6D35" w:rsidRDefault="001F57AC" w:rsidP="00BC6D35">
      <w:pPr>
        <w:spacing w:after="0" w:line="360" w:lineRule="auto"/>
        <w:rPr>
          <w:rFonts w:cs="Times New Roman"/>
          <w:szCs w:val="28"/>
        </w:rPr>
      </w:pPr>
      <w:r w:rsidRPr="00BC6D35">
        <w:rPr>
          <w:rFonts w:cs="Times New Roman"/>
          <w:b/>
          <w:szCs w:val="28"/>
        </w:rPr>
        <w:t>3.2. Tổ chức Lớ</w:t>
      </w:r>
      <w:r w:rsidR="00BC6D35">
        <w:rPr>
          <w:rFonts w:cs="Times New Roman"/>
          <w:b/>
          <w:szCs w:val="28"/>
        </w:rPr>
        <w:t>p học STEAM từ vật liệu tái chế</w:t>
      </w:r>
    </w:p>
    <w:p w:rsidR="0043247C" w:rsidRDefault="001F57AC" w:rsidP="0043247C">
      <w:pPr>
        <w:spacing w:after="0" w:line="360" w:lineRule="auto"/>
        <w:jc w:val="both"/>
        <w:rPr>
          <w:rFonts w:cs="Times New Roman"/>
          <w:szCs w:val="28"/>
        </w:rPr>
      </w:pPr>
      <w:r w:rsidRPr="00BC6D35">
        <w:rPr>
          <w:rFonts w:cs="Times New Roman"/>
          <w:szCs w:val="28"/>
        </w:rPr>
        <w:t>Mô tả: Lớp học STEAM tận dụng vật liệu tái chế để học sinh thiết kế và chế tạo sản phẩm liên quan đến kiến thức môn Toán và các môn liên quan. Hoạt động theo mô hình dự án ngắn hạn (1-3 tiết) hoặc dự án dài hạn (1 học kỳ).</w:t>
      </w:r>
    </w:p>
    <w:p w:rsidR="0043247C" w:rsidRDefault="001F57AC" w:rsidP="0043247C">
      <w:pPr>
        <w:spacing w:after="0" w:line="360" w:lineRule="auto"/>
        <w:jc w:val="both"/>
        <w:rPr>
          <w:rFonts w:cs="Times New Roman"/>
          <w:szCs w:val="28"/>
        </w:rPr>
      </w:pPr>
      <w:r w:rsidRPr="00BC6D35">
        <w:rPr>
          <w:rFonts w:cs="Times New Roman"/>
          <w:szCs w:val="28"/>
        </w:rPr>
        <w:t>Một số dự án mẫu:</w:t>
      </w:r>
    </w:p>
    <w:p w:rsidR="0043247C" w:rsidRDefault="001F57AC" w:rsidP="0043247C">
      <w:pPr>
        <w:spacing w:after="0" w:line="360" w:lineRule="auto"/>
        <w:jc w:val="both"/>
        <w:rPr>
          <w:rFonts w:cs="Times New Roman"/>
          <w:szCs w:val="28"/>
        </w:rPr>
      </w:pPr>
      <w:r w:rsidRPr="00BC6D35">
        <w:rPr>
          <w:rFonts w:cs="Times New Roman"/>
          <w:szCs w:val="28"/>
        </w:rPr>
        <w:t>- Dự án A: 'Mô hình đối xứng' (Toán 6) – làm thiệp, mặt nạ, mô hình bướm đối xứng từ giấy và que kem.</w:t>
      </w:r>
    </w:p>
    <w:p w:rsidR="0043247C" w:rsidRDefault="001F57AC" w:rsidP="0043247C">
      <w:pPr>
        <w:spacing w:after="0" w:line="360" w:lineRule="auto"/>
        <w:jc w:val="both"/>
        <w:rPr>
          <w:rFonts w:cs="Times New Roman"/>
          <w:szCs w:val="28"/>
        </w:rPr>
      </w:pPr>
      <w:r w:rsidRPr="00BC6D35">
        <w:rPr>
          <w:rFonts w:cs="Times New Roman"/>
          <w:szCs w:val="28"/>
        </w:rPr>
        <w:t>- Dự án B: 'Kết cấu và khối' (Toán 7 và Công nghệ) – lắp ghép các khối bằng bìa carton hoặc que kem để nghiên cứu thể tích, diện tích xung quanh.</w:t>
      </w:r>
    </w:p>
    <w:p w:rsidR="00C14156" w:rsidRPr="00BC6D35" w:rsidRDefault="001F57AC" w:rsidP="0043247C">
      <w:pPr>
        <w:spacing w:after="0" w:line="360" w:lineRule="auto"/>
        <w:jc w:val="both"/>
        <w:rPr>
          <w:rFonts w:cs="Times New Roman"/>
          <w:szCs w:val="28"/>
        </w:rPr>
      </w:pPr>
      <w:r w:rsidRPr="00BC6D35">
        <w:rPr>
          <w:rFonts w:cs="Times New Roman"/>
          <w:szCs w:val="28"/>
        </w:rPr>
        <w:t>- Dự án C: 'Năng lượng gió nhỏ' (Khoa học/ Công nghệ) – làm cối xay gió nhỏ từ chai nhựa và que, thí nghiệm tính chuyển động và ứng dụng đơn giản.</w:t>
      </w:r>
    </w:p>
    <w:p w:rsidR="00C14156" w:rsidRPr="00BC6D35" w:rsidRDefault="001F57AC" w:rsidP="00BC6D35">
      <w:pPr>
        <w:spacing w:after="0" w:line="360" w:lineRule="auto"/>
        <w:rPr>
          <w:rFonts w:cs="Times New Roman"/>
          <w:szCs w:val="28"/>
        </w:rPr>
      </w:pPr>
      <w:r w:rsidRPr="00BC6D35">
        <w:rPr>
          <w:rFonts w:cs="Times New Roman"/>
          <w:b/>
          <w:szCs w:val="28"/>
        </w:rPr>
        <w:lastRenderedPageBreak/>
        <w:t xml:space="preserve">3.2.1. Mẫu kịch bản tiết STEAM </w:t>
      </w:r>
      <w:r w:rsidR="00BC6D35">
        <w:rPr>
          <w:rFonts w:cs="Times New Roman"/>
          <w:b/>
          <w:szCs w:val="28"/>
        </w:rPr>
        <w:t>(ví dụ: Tính đối xứng – Toán 6)</w:t>
      </w:r>
    </w:p>
    <w:p w:rsidR="00EF0246" w:rsidRDefault="001F57AC" w:rsidP="00BE22E3">
      <w:pPr>
        <w:spacing w:after="0" w:line="360" w:lineRule="auto"/>
        <w:jc w:val="both"/>
        <w:rPr>
          <w:rFonts w:cs="Times New Roman"/>
          <w:szCs w:val="28"/>
        </w:rPr>
      </w:pPr>
      <w:r w:rsidRPr="00BC6D35">
        <w:rPr>
          <w:rFonts w:cs="Times New Roman"/>
          <w:szCs w:val="28"/>
        </w:rPr>
        <w:t>Thời lượng: 2 tiết (một tiết lý thuyết kết hợp thực hành, một tiết sản phẩm và thuyết trình).</w:t>
      </w:r>
      <w:r w:rsidRPr="00BC6D35">
        <w:rPr>
          <w:rFonts w:cs="Times New Roman"/>
          <w:szCs w:val="28"/>
        </w:rPr>
        <w:br/>
        <w:t>Mục tiêu bài học:</w:t>
      </w:r>
    </w:p>
    <w:p w:rsidR="00EF0246" w:rsidRDefault="001F57AC" w:rsidP="00BE22E3">
      <w:pPr>
        <w:spacing w:after="0" w:line="360" w:lineRule="auto"/>
        <w:jc w:val="both"/>
        <w:rPr>
          <w:rFonts w:cs="Times New Roman"/>
          <w:szCs w:val="28"/>
        </w:rPr>
      </w:pPr>
      <w:r w:rsidRPr="00BC6D35">
        <w:rPr>
          <w:rFonts w:cs="Times New Roman"/>
          <w:szCs w:val="28"/>
        </w:rPr>
        <w:t>- Nhận biết các trục đối xứng, đối xứng trục và đối xứng tâm (ứng dụng trong hình học phẳng).</w:t>
      </w:r>
    </w:p>
    <w:p w:rsidR="00EF0246" w:rsidRDefault="001F57AC" w:rsidP="00BE22E3">
      <w:pPr>
        <w:spacing w:after="0" w:line="360" w:lineRule="auto"/>
        <w:jc w:val="both"/>
        <w:rPr>
          <w:rFonts w:cs="Times New Roman"/>
          <w:szCs w:val="28"/>
        </w:rPr>
      </w:pPr>
      <w:r w:rsidRPr="00BC6D35">
        <w:rPr>
          <w:rFonts w:cs="Times New Roman"/>
          <w:szCs w:val="28"/>
        </w:rPr>
        <w:t>- Vận dụng kiến thức để thiết kế sản phẩm có đối xứng (thiệp, mặt nạ, mô hình bướm).</w:t>
      </w:r>
      <w:r w:rsidRPr="00BC6D35">
        <w:rPr>
          <w:rFonts w:cs="Times New Roman"/>
          <w:szCs w:val="28"/>
        </w:rPr>
        <w:br/>
        <w:t>Hoạt động:</w:t>
      </w:r>
    </w:p>
    <w:p w:rsidR="00834B3C" w:rsidRDefault="001F57AC" w:rsidP="00BE22E3">
      <w:pPr>
        <w:spacing w:after="0" w:line="360" w:lineRule="auto"/>
        <w:jc w:val="both"/>
        <w:rPr>
          <w:rFonts w:cs="Times New Roman"/>
          <w:szCs w:val="28"/>
        </w:rPr>
      </w:pPr>
      <w:r w:rsidRPr="00BC6D35">
        <w:rPr>
          <w:rFonts w:cs="Times New Roman"/>
          <w:szCs w:val="28"/>
        </w:rPr>
        <w:t>1) Khởi động (10 phút): GV trình chiếu hình ảnh các vật có đối xứng trong đời sống, gợi hỏi HS nhận xét.</w:t>
      </w:r>
    </w:p>
    <w:p w:rsidR="00834B3C" w:rsidRDefault="001F57AC" w:rsidP="00BE22E3">
      <w:pPr>
        <w:spacing w:after="0" w:line="360" w:lineRule="auto"/>
        <w:jc w:val="both"/>
        <w:rPr>
          <w:rFonts w:cs="Times New Roman"/>
          <w:szCs w:val="28"/>
        </w:rPr>
      </w:pPr>
      <w:r w:rsidRPr="00BC6D35">
        <w:rPr>
          <w:rFonts w:cs="Times New Roman"/>
          <w:szCs w:val="28"/>
        </w:rPr>
        <w:t>2) Hình thành kiến thức (20 phút): GV hướng dẫn khái niệm, cho HS quan sát mẫu mô hình, dùng GeoGebra minh họa trục đối xứng.</w:t>
      </w:r>
    </w:p>
    <w:p w:rsidR="00834B3C" w:rsidRDefault="001F57AC" w:rsidP="00BE22E3">
      <w:pPr>
        <w:spacing w:after="0" w:line="360" w:lineRule="auto"/>
        <w:jc w:val="both"/>
        <w:rPr>
          <w:rFonts w:cs="Times New Roman"/>
          <w:szCs w:val="28"/>
        </w:rPr>
      </w:pPr>
      <w:r w:rsidRPr="00BC6D35">
        <w:rPr>
          <w:rFonts w:cs="Times New Roman"/>
          <w:szCs w:val="28"/>
        </w:rPr>
        <w:t>3) Thực hành (40 phút): HS làm nhóm (4 em) thiết kế thiệp đối xứng từ vật liệu tái chế theo mẫu.</w:t>
      </w:r>
    </w:p>
    <w:p w:rsidR="00834B3C" w:rsidRDefault="001F57AC" w:rsidP="00BE22E3">
      <w:pPr>
        <w:spacing w:after="0" w:line="360" w:lineRule="auto"/>
        <w:jc w:val="both"/>
        <w:rPr>
          <w:rFonts w:cs="Times New Roman"/>
          <w:szCs w:val="28"/>
        </w:rPr>
      </w:pPr>
      <w:r w:rsidRPr="00BC6D35">
        <w:rPr>
          <w:rFonts w:cs="Times New Roman"/>
          <w:szCs w:val="28"/>
        </w:rPr>
        <w:t>4) Thuyết trình &amp; phản hồi (20 phút): Các nhóm trình bày ý tưởng, GV và bạn cho nhận xét theo phiếu đánh giá.</w:t>
      </w:r>
    </w:p>
    <w:p w:rsidR="00C14156" w:rsidRPr="00BC6D35" w:rsidRDefault="001F57AC" w:rsidP="00BE22E3">
      <w:pPr>
        <w:spacing w:after="0" w:line="360" w:lineRule="auto"/>
        <w:jc w:val="both"/>
        <w:rPr>
          <w:rFonts w:cs="Times New Roman"/>
          <w:szCs w:val="28"/>
        </w:rPr>
      </w:pPr>
      <w:r w:rsidRPr="00BC6D35">
        <w:rPr>
          <w:rFonts w:cs="Times New Roman"/>
          <w:szCs w:val="28"/>
        </w:rPr>
        <w:t>Sản phẩm: Thiệp/mô hình có tính đối xứng, phiếu tự đánh giá của HS, ảnh chụp sản phẩm.</w:t>
      </w:r>
    </w:p>
    <w:p w:rsidR="00C14156" w:rsidRPr="00BC6D35" w:rsidRDefault="001F57AC" w:rsidP="00BE22E3">
      <w:pPr>
        <w:spacing w:after="0" w:line="360" w:lineRule="auto"/>
        <w:jc w:val="both"/>
        <w:rPr>
          <w:rFonts w:cs="Times New Roman"/>
          <w:szCs w:val="28"/>
        </w:rPr>
      </w:pPr>
      <w:r w:rsidRPr="00BC6D35">
        <w:rPr>
          <w:rFonts w:cs="Times New Roman"/>
          <w:b/>
          <w:szCs w:val="28"/>
        </w:rPr>
        <w:t>3.3</w:t>
      </w:r>
      <w:r w:rsidR="00BC6D35">
        <w:rPr>
          <w:rFonts w:cs="Times New Roman"/>
          <w:b/>
          <w:szCs w:val="28"/>
        </w:rPr>
        <w:t>. Quy trình triển khai chi tiết</w:t>
      </w:r>
    </w:p>
    <w:p w:rsidR="00F67E27" w:rsidRDefault="001F57AC" w:rsidP="00BE22E3">
      <w:pPr>
        <w:spacing w:after="0" w:line="360" w:lineRule="auto"/>
        <w:jc w:val="both"/>
        <w:rPr>
          <w:rFonts w:cs="Times New Roman"/>
          <w:szCs w:val="28"/>
        </w:rPr>
      </w:pPr>
      <w:r w:rsidRPr="00BC6D35">
        <w:rPr>
          <w:rFonts w:cs="Times New Roman"/>
          <w:szCs w:val="28"/>
        </w:rPr>
        <w:t>Giai đoạn 1 – Chuẩn bị (1 tháng): Khảo sát, vận động thiết bị, lập danh mục học liệu số, chuẩn bị vật liệu tái chế, tập huấn GV.</w:t>
      </w:r>
    </w:p>
    <w:p w:rsidR="00F67E27" w:rsidRDefault="001F57AC" w:rsidP="00BE22E3">
      <w:pPr>
        <w:spacing w:after="0" w:line="360" w:lineRule="auto"/>
        <w:jc w:val="both"/>
        <w:rPr>
          <w:rFonts w:cs="Times New Roman"/>
          <w:szCs w:val="28"/>
        </w:rPr>
      </w:pPr>
      <w:r w:rsidRPr="00BC6D35">
        <w:rPr>
          <w:rFonts w:cs="Times New Roman"/>
          <w:szCs w:val="28"/>
        </w:rPr>
        <w:t>Giai đoạn 2 – Thí điểm (1 học kỳ): Triển khai tại 2-3 lớp, thu thập dữ liệu, điều chỉnh giáo án.</w:t>
      </w:r>
    </w:p>
    <w:p w:rsidR="00C14156" w:rsidRPr="00BC6D35" w:rsidRDefault="001F57AC" w:rsidP="00BE22E3">
      <w:pPr>
        <w:spacing w:after="0" w:line="360" w:lineRule="auto"/>
        <w:jc w:val="both"/>
        <w:rPr>
          <w:rFonts w:cs="Times New Roman"/>
          <w:szCs w:val="28"/>
        </w:rPr>
      </w:pPr>
      <w:r w:rsidRPr="00BC6D35">
        <w:rPr>
          <w:rFonts w:cs="Times New Roman"/>
          <w:szCs w:val="28"/>
        </w:rPr>
        <w:t>Giai đoạn 3 – Nhân rộng (sau đánh giá): Mở rộng cho toàn trường, tổ chức triển lãm sản phẩm, mời đại diện Phòng GD&amp;ĐT tham quan.</w:t>
      </w:r>
    </w:p>
    <w:p w:rsidR="00C14156" w:rsidRPr="00BC6D35" w:rsidRDefault="001F57AC" w:rsidP="00BE22E3">
      <w:pPr>
        <w:pStyle w:val="Heading1"/>
        <w:spacing w:before="0" w:line="360" w:lineRule="auto"/>
        <w:jc w:val="both"/>
        <w:rPr>
          <w:rFonts w:ascii="Times New Roman" w:hAnsi="Times New Roman" w:cs="Times New Roman"/>
          <w:color w:val="auto"/>
        </w:rPr>
      </w:pPr>
      <w:r w:rsidRPr="00BC6D35">
        <w:rPr>
          <w:rFonts w:ascii="Times New Roman" w:hAnsi="Times New Roman" w:cs="Times New Roman"/>
          <w:color w:val="auto"/>
        </w:rPr>
        <w:lastRenderedPageBreak/>
        <w:t>4. HIỆU QUẢ ĐẠT ĐƯỢC</w:t>
      </w:r>
    </w:p>
    <w:p w:rsidR="00C14156" w:rsidRPr="00BC6D35" w:rsidRDefault="001F57AC" w:rsidP="00BE22E3">
      <w:pPr>
        <w:spacing w:after="0" w:line="360" w:lineRule="auto"/>
        <w:jc w:val="both"/>
        <w:rPr>
          <w:rFonts w:cs="Times New Roman"/>
          <w:szCs w:val="28"/>
        </w:rPr>
      </w:pPr>
      <w:r w:rsidRPr="00BC6D35">
        <w:rPr>
          <w:rFonts w:cs="Times New Roman"/>
          <w:szCs w:val="28"/>
        </w:rPr>
        <w:t>Phần này trình bày kết quả đánh giá theo các tiêu chí định tính và định lượng. Do tính chất hồ sơ dự thi, các số liệu minh họa sau đây là kết quả khảo sát và đánh giá thí điểm (ví dụ giả định) phù hợp với phản hồi thực tế từ GV và HS.</w:t>
      </w:r>
    </w:p>
    <w:tbl>
      <w:tblPr>
        <w:tblStyle w:val="TableGrid"/>
        <w:tblW w:w="0" w:type="auto"/>
        <w:tblLook w:val="04A0" w:firstRow="1" w:lastRow="0" w:firstColumn="1" w:lastColumn="0" w:noHBand="0" w:noVBand="1"/>
      </w:tblPr>
      <w:tblGrid>
        <w:gridCol w:w="4786"/>
        <w:gridCol w:w="1559"/>
        <w:gridCol w:w="1418"/>
        <w:gridCol w:w="1641"/>
      </w:tblGrid>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Tiêu chí đánh giá</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Trước khi áp dụng</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Sau khi áp dụng</w:t>
            </w:r>
          </w:p>
        </w:tc>
        <w:tc>
          <w:tcPr>
            <w:tcW w:w="1641" w:type="dxa"/>
            <w:vAlign w:val="center"/>
          </w:tcPr>
          <w:p w:rsidR="00C14156" w:rsidRPr="00EF0246" w:rsidRDefault="00EF0246" w:rsidP="00BE22E3">
            <w:pPr>
              <w:spacing w:line="360" w:lineRule="auto"/>
              <w:jc w:val="both"/>
              <w:rPr>
                <w:rFonts w:cs="Times New Roman"/>
                <w:sz w:val="26"/>
                <w:szCs w:val="26"/>
              </w:rPr>
            </w:pPr>
            <w:r w:rsidRPr="00EF0246">
              <w:rPr>
                <w:rFonts w:cs="Times New Roman"/>
                <w:sz w:val="26"/>
                <w:szCs w:val="26"/>
              </w:rPr>
              <w:t>Mức tăng</w:t>
            </w:r>
            <w:r w:rsidR="001F57AC" w:rsidRPr="00EF0246">
              <w:rPr>
                <w:rFonts w:cs="Times New Roman"/>
                <w:sz w:val="26"/>
                <w:szCs w:val="26"/>
              </w:rPr>
              <w:t>/ Ghi chú</w:t>
            </w:r>
          </w:p>
        </w:tc>
      </w:tr>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Tỉ lệ HS hứng thú với môn học</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65%</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90%</w:t>
            </w:r>
          </w:p>
        </w:tc>
        <w:tc>
          <w:tcPr>
            <w:tcW w:w="1641"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+25%</w:t>
            </w:r>
          </w:p>
        </w:tc>
      </w:tr>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Tỉ lệ HS hoàn thành bài tập ở lớp</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70%</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92%</w:t>
            </w:r>
          </w:p>
        </w:tc>
        <w:tc>
          <w:tcPr>
            <w:tcW w:w="1641"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+22%</w:t>
            </w:r>
          </w:p>
        </w:tc>
      </w:tr>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Tỉ lệ HS đạt khá, giỏi môn Toán</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45%</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60%</w:t>
            </w:r>
          </w:p>
        </w:tc>
        <w:tc>
          <w:tcPr>
            <w:tcW w:w="1641"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+15%</w:t>
            </w:r>
          </w:p>
        </w:tc>
      </w:tr>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Số sản phẩm STEAM do HS thực hiện mỗi kỳ</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5</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18</w:t>
            </w:r>
          </w:p>
        </w:tc>
        <w:tc>
          <w:tcPr>
            <w:tcW w:w="1641"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+13 sản phẩm</w:t>
            </w:r>
          </w:p>
        </w:tc>
      </w:tr>
      <w:tr w:rsidR="00BC6D35" w:rsidRPr="00EF0246" w:rsidTr="00BC6D35">
        <w:tc>
          <w:tcPr>
            <w:tcW w:w="4786"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Tỉ lệ GV ứng dụng CNTT/STEAM trong dạy học</w:t>
            </w:r>
          </w:p>
        </w:tc>
        <w:tc>
          <w:tcPr>
            <w:tcW w:w="1559"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40%</w:t>
            </w:r>
          </w:p>
        </w:tc>
        <w:tc>
          <w:tcPr>
            <w:tcW w:w="1418"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85%</w:t>
            </w:r>
          </w:p>
        </w:tc>
        <w:tc>
          <w:tcPr>
            <w:tcW w:w="1641" w:type="dxa"/>
            <w:vAlign w:val="center"/>
          </w:tcPr>
          <w:p w:rsidR="00C14156" w:rsidRPr="00EF0246" w:rsidRDefault="001F57AC" w:rsidP="00BE22E3">
            <w:pPr>
              <w:spacing w:line="360" w:lineRule="auto"/>
              <w:jc w:val="both"/>
              <w:rPr>
                <w:rFonts w:cs="Times New Roman"/>
                <w:sz w:val="26"/>
                <w:szCs w:val="26"/>
              </w:rPr>
            </w:pPr>
            <w:r w:rsidRPr="00EF0246">
              <w:rPr>
                <w:rFonts w:cs="Times New Roman"/>
                <w:sz w:val="26"/>
                <w:szCs w:val="26"/>
              </w:rPr>
              <w:t>+45%</w:t>
            </w:r>
          </w:p>
        </w:tc>
      </w:tr>
    </w:tbl>
    <w:p w:rsidR="00C14156" w:rsidRPr="00BC6D35" w:rsidRDefault="001F57AC" w:rsidP="00BE22E3">
      <w:pPr>
        <w:spacing w:after="0" w:line="360" w:lineRule="auto"/>
        <w:jc w:val="both"/>
        <w:rPr>
          <w:rFonts w:cs="Times New Roman"/>
          <w:szCs w:val="28"/>
        </w:rPr>
      </w:pPr>
      <w:r w:rsidRPr="00BC6D35">
        <w:rPr>
          <w:rFonts w:cs="Times New Roman"/>
          <w:b/>
          <w:szCs w:val="28"/>
        </w:rPr>
        <w:t xml:space="preserve">Phân tích: </w:t>
      </w:r>
    </w:p>
    <w:p w:rsidR="00F67E27" w:rsidRDefault="001F57AC" w:rsidP="00BE22E3">
      <w:pPr>
        <w:spacing w:after="0" w:line="360" w:lineRule="auto"/>
        <w:jc w:val="both"/>
        <w:rPr>
          <w:rFonts w:cs="Times New Roman"/>
          <w:szCs w:val="28"/>
        </w:rPr>
      </w:pPr>
      <w:r w:rsidRPr="00BC6D35">
        <w:rPr>
          <w:rFonts w:cs="Times New Roman"/>
          <w:szCs w:val="28"/>
        </w:rPr>
        <w:t>Bảng số liệu cho thấy sự thay đổi tích cực sau khi áp dụng sáng kiến: tỉ lệ HS hứng thú tăng đáng kể, tỉ lệ hoàn thành bài tập và số lượng sản phẩm STEAM đều tăng. Những số liệu trên là minh họa cho hiệu quả ban đầu của mô hình thí điểm và cần được kiểm chứng thêm khi nhân rộng.</w:t>
      </w:r>
    </w:p>
    <w:p w:rsidR="00C14156" w:rsidRDefault="001F57AC" w:rsidP="00BE22E3">
      <w:pPr>
        <w:spacing w:after="0" w:line="360" w:lineRule="auto"/>
        <w:jc w:val="both"/>
        <w:rPr>
          <w:rFonts w:cs="Times New Roman"/>
          <w:szCs w:val="28"/>
          <w:lang w:val="vi-VN"/>
        </w:rPr>
      </w:pPr>
      <w:r w:rsidRPr="00BC6D35">
        <w:rPr>
          <w:rFonts w:cs="Times New Roman"/>
          <w:szCs w:val="28"/>
        </w:rPr>
        <w:t>Biểu đồ minh họa sự thay đổi (%) trư</w:t>
      </w:r>
      <w:r w:rsidR="00F67E27">
        <w:rPr>
          <w:rFonts w:cs="Times New Roman"/>
          <w:szCs w:val="28"/>
        </w:rPr>
        <w:t>ớc và sau khi áp dụng sáng kiến</w:t>
      </w:r>
      <w:r w:rsidR="00F67E27">
        <w:rPr>
          <w:rFonts w:cs="Times New Roman"/>
          <w:szCs w:val="28"/>
          <w:lang w:val="vi-VN"/>
        </w:rPr>
        <w:t>:</w:t>
      </w:r>
    </w:p>
    <w:p w:rsidR="00F67E27" w:rsidRPr="00F67E27" w:rsidRDefault="00F67E27" w:rsidP="00BE22E3">
      <w:pPr>
        <w:spacing w:after="0" w:line="360" w:lineRule="auto"/>
        <w:jc w:val="both"/>
        <w:rPr>
          <w:rFonts w:cs="Times New Roman"/>
          <w:szCs w:val="28"/>
          <w:lang w:val="vi-VN"/>
        </w:rPr>
      </w:pPr>
    </w:p>
    <w:p w:rsidR="00C14156" w:rsidRPr="00BC6D35" w:rsidRDefault="001F57AC" w:rsidP="00EF0246">
      <w:pPr>
        <w:spacing w:after="0" w:line="360" w:lineRule="auto"/>
        <w:jc w:val="center"/>
        <w:rPr>
          <w:rFonts w:cs="Times New Roman"/>
          <w:szCs w:val="28"/>
        </w:rPr>
      </w:pPr>
      <w:r w:rsidRPr="00BC6D35">
        <w:rPr>
          <w:rFonts w:cs="Times New Roman"/>
          <w:noProof/>
          <w:szCs w:val="28"/>
        </w:rPr>
        <w:lastRenderedPageBreak/>
        <w:drawing>
          <wp:inline distT="0" distB="0" distL="0" distR="0" wp14:anchorId="05EAB504" wp14:editId="182F05B1">
            <wp:extent cx="5082363" cy="2743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chart.png"/>
                    <pic:cNvPicPr/>
                  </pic:nvPicPr>
                  <pic:blipFill>
                    <a:blip r:embed="rId9"/>
                    <a:stretch>
                      <a:fillRect/>
                    </a:stretch>
                  </pic:blipFill>
                  <pic:spPr>
                    <a:xfrm>
                      <a:off x="0" y="0"/>
                      <a:ext cx="5108317" cy="2757209"/>
                    </a:xfrm>
                    <a:prstGeom prst="rect">
                      <a:avLst/>
                    </a:prstGeom>
                  </pic:spPr>
                </pic:pic>
              </a:graphicData>
            </a:graphic>
          </wp:inline>
        </w:drawing>
      </w:r>
    </w:p>
    <w:p w:rsidR="00C14156" w:rsidRPr="00BC6D35" w:rsidRDefault="009B19EE" w:rsidP="00BE22E3">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t>5</w:t>
      </w:r>
      <w:r w:rsidR="001F57AC" w:rsidRPr="00BC6D35">
        <w:rPr>
          <w:rFonts w:ascii="Times New Roman" w:hAnsi="Times New Roman" w:cs="Times New Roman"/>
          <w:color w:val="auto"/>
        </w:rPr>
        <w:t>. PHỤ LỤC</w:t>
      </w:r>
    </w:p>
    <w:p w:rsidR="00C14156" w:rsidRPr="00BC6D35" w:rsidRDefault="001F57AC" w:rsidP="00BE22E3">
      <w:pPr>
        <w:pStyle w:val="Heading2"/>
        <w:spacing w:before="0" w:line="360" w:lineRule="auto"/>
        <w:jc w:val="both"/>
        <w:rPr>
          <w:rFonts w:ascii="Times New Roman" w:hAnsi="Times New Roman" w:cs="Times New Roman"/>
          <w:color w:val="auto"/>
          <w:sz w:val="28"/>
          <w:szCs w:val="28"/>
        </w:rPr>
      </w:pPr>
      <w:r w:rsidRPr="00BC6D35">
        <w:rPr>
          <w:rFonts w:ascii="Times New Roman" w:hAnsi="Times New Roman" w:cs="Times New Roman"/>
          <w:color w:val="auto"/>
          <w:sz w:val="28"/>
          <w:szCs w:val="28"/>
        </w:rPr>
        <w:t>Phụ lục 1: Phiếu học tập minh chứng (Mẫu dùng chung)</w:t>
      </w:r>
    </w:p>
    <w:p w:rsidR="00692B5E" w:rsidRDefault="001F57AC" w:rsidP="00AF771C">
      <w:pPr>
        <w:spacing w:after="0" w:line="360" w:lineRule="auto"/>
        <w:rPr>
          <w:rFonts w:cs="Times New Roman"/>
          <w:szCs w:val="28"/>
        </w:rPr>
      </w:pPr>
      <w:r w:rsidRPr="00BC6D35">
        <w:rPr>
          <w:rFonts w:cs="Times New Roman"/>
          <w:szCs w:val="28"/>
        </w:rPr>
        <w:t>Trường THCS Yên Ninh</w:t>
      </w:r>
      <w:r w:rsidRPr="00BC6D35">
        <w:rPr>
          <w:rFonts w:cs="Times New Roman"/>
          <w:szCs w:val="28"/>
        </w:rPr>
        <w:br/>
        <w:t>Lớp: ..........    Nhóm: ..........    T</w:t>
      </w:r>
      <w:r w:rsidR="00BC6D35">
        <w:rPr>
          <w:rFonts w:cs="Times New Roman"/>
          <w:szCs w:val="28"/>
        </w:rPr>
        <w:t>ên HS: ........................</w:t>
      </w:r>
      <w:r w:rsidRPr="00BC6D35">
        <w:rPr>
          <w:rFonts w:cs="Times New Roman"/>
          <w:szCs w:val="28"/>
        </w:rPr>
        <w:br/>
        <w:t>1. Thông tin bài học:</w:t>
      </w:r>
      <w:r w:rsidRPr="00BC6D35">
        <w:rPr>
          <w:rFonts w:cs="Times New Roman"/>
          <w:szCs w:val="28"/>
        </w:rPr>
        <w:br/>
        <w:t>- Tên bài: ...........................................</w:t>
      </w:r>
      <w:r w:rsidRPr="00BC6D35">
        <w:rPr>
          <w:rFonts w:cs="Times New Roman"/>
          <w:szCs w:val="28"/>
        </w:rPr>
        <w:br/>
        <w:t>- Môn: .............................................</w:t>
      </w:r>
      <w:r w:rsidRPr="00BC6D35">
        <w:rPr>
          <w:rFonts w:cs="Times New Roman"/>
          <w:szCs w:val="28"/>
        </w:rPr>
        <w:br/>
        <w:t>- Ngày thực hiện: .................................</w:t>
      </w:r>
      <w:r w:rsidRPr="00BC6D35">
        <w:rPr>
          <w:rFonts w:cs="Times New Roman"/>
          <w:szCs w:val="28"/>
        </w:rPr>
        <w:br/>
        <w:t>- GV hướng dẫn: .....</w:t>
      </w:r>
      <w:r w:rsidR="00BC6D35">
        <w:rPr>
          <w:rFonts w:cs="Times New Roman"/>
          <w:szCs w:val="28"/>
        </w:rPr>
        <w:t>...............................</w:t>
      </w:r>
      <w:r w:rsidRPr="00BC6D35">
        <w:rPr>
          <w:rFonts w:cs="Times New Roman"/>
          <w:szCs w:val="28"/>
        </w:rPr>
        <w:br/>
        <w:t xml:space="preserve">2. Mục </w:t>
      </w:r>
      <w:r w:rsidR="00433A3A">
        <w:rPr>
          <w:rFonts w:cs="Times New Roman"/>
          <w:szCs w:val="28"/>
        </w:rPr>
        <w:t>tiêu học tập cá nhân</w:t>
      </w:r>
      <w:r w:rsidRPr="00BC6D35">
        <w:rPr>
          <w:rFonts w:cs="Times New Roman"/>
          <w:szCs w:val="28"/>
        </w:rPr>
        <w:t>:</w:t>
      </w:r>
      <w:r w:rsidRPr="00BC6D35">
        <w:rPr>
          <w:rFonts w:cs="Times New Roman"/>
          <w:szCs w:val="28"/>
        </w:rPr>
        <w:br/>
        <w:t>- 1) ............................................................</w:t>
      </w:r>
      <w:r w:rsidRPr="00BC6D35">
        <w:rPr>
          <w:rFonts w:cs="Times New Roman"/>
          <w:szCs w:val="28"/>
        </w:rPr>
        <w:br/>
        <w:t>- 2) .............................</w:t>
      </w:r>
      <w:r w:rsidR="00BC6D35">
        <w:rPr>
          <w:rFonts w:cs="Times New Roman"/>
          <w:szCs w:val="28"/>
        </w:rPr>
        <w:t>...............................</w:t>
      </w:r>
      <w:r w:rsidRPr="00BC6D35">
        <w:rPr>
          <w:rFonts w:cs="Times New Roman"/>
          <w:szCs w:val="28"/>
        </w:rPr>
        <w:br/>
        <w:t>3</w:t>
      </w:r>
      <w:r w:rsidR="00433A3A">
        <w:rPr>
          <w:rFonts w:cs="Times New Roman"/>
          <w:szCs w:val="28"/>
        </w:rPr>
        <w:t>. Nhiệm vụ/Hoạt động được giao</w:t>
      </w:r>
      <w:r w:rsidRPr="00BC6D35">
        <w:rPr>
          <w:rFonts w:cs="Times New Roman"/>
          <w:szCs w:val="28"/>
        </w:rPr>
        <w:t>:</w:t>
      </w:r>
      <w:r w:rsidRPr="00BC6D35">
        <w:rPr>
          <w:rFonts w:cs="Times New Roman"/>
          <w:szCs w:val="28"/>
        </w:rPr>
        <w:br/>
        <w:t>- Nhiệm vụ 1: ........................................</w:t>
      </w:r>
      <w:r w:rsidRPr="00BC6D35">
        <w:rPr>
          <w:rFonts w:cs="Times New Roman"/>
          <w:szCs w:val="28"/>
        </w:rPr>
        <w:br/>
        <w:t>- Nhiệm vụ 2: ........................................</w:t>
      </w:r>
      <w:r w:rsidRPr="00BC6D35">
        <w:rPr>
          <w:rFonts w:cs="Times New Roman"/>
          <w:szCs w:val="28"/>
        </w:rPr>
        <w:br/>
        <w:t>- Nhiệm vụ 3: ........................................</w:t>
      </w:r>
      <w:r w:rsidRPr="00BC6D35">
        <w:rPr>
          <w:rFonts w:cs="Times New Roman"/>
          <w:szCs w:val="28"/>
        </w:rPr>
        <w:br/>
        <w:t>4. Kết quả và sản phẩm học tập:</w:t>
      </w:r>
      <w:r w:rsidRPr="00BC6D35">
        <w:rPr>
          <w:rFonts w:cs="Times New Roman"/>
          <w:szCs w:val="28"/>
        </w:rPr>
        <w:br/>
        <w:t>- Mô tả sản phẩm: .......</w:t>
      </w:r>
      <w:r w:rsidR="00AF771C">
        <w:rPr>
          <w:rFonts w:cs="Times New Roman"/>
          <w:szCs w:val="28"/>
        </w:rPr>
        <w:t>..........................</w:t>
      </w:r>
      <w:r w:rsidRPr="00BC6D35">
        <w:rPr>
          <w:rFonts w:cs="Times New Roman"/>
          <w:szCs w:val="28"/>
        </w:rPr>
        <w:br/>
      </w:r>
      <w:r w:rsidRPr="00BC6D35">
        <w:rPr>
          <w:rFonts w:cs="Times New Roman"/>
          <w:szCs w:val="28"/>
        </w:rPr>
        <w:lastRenderedPageBreak/>
        <w:t>- Ảnh minh chứng (dán/đính</w:t>
      </w:r>
      <w:r w:rsidR="0016358F">
        <w:rPr>
          <w:rFonts w:cs="Times New Roman"/>
          <w:szCs w:val="28"/>
        </w:rPr>
        <w:t xml:space="preserve"> kèm): .......</w:t>
      </w:r>
      <w:r w:rsidRPr="00BC6D35">
        <w:rPr>
          <w:rFonts w:cs="Times New Roman"/>
          <w:szCs w:val="28"/>
        </w:rPr>
        <w:br/>
        <w:t>5. Quá trình thực hiện (ghi chi tiết các bước):</w:t>
      </w:r>
      <w:r w:rsidRPr="00BC6D35">
        <w:rPr>
          <w:rFonts w:cs="Times New Roman"/>
          <w:szCs w:val="28"/>
        </w:rPr>
        <w:br/>
        <w:t>- Bước 1: ................</w:t>
      </w:r>
      <w:r w:rsidR="0016358F">
        <w:rPr>
          <w:rFonts w:cs="Times New Roman"/>
          <w:szCs w:val="28"/>
        </w:rPr>
        <w:t>...............................</w:t>
      </w:r>
      <w:r w:rsidRPr="00BC6D35">
        <w:rPr>
          <w:rFonts w:cs="Times New Roman"/>
          <w:szCs w:val="28"/>
        </w:rPr>
        <w:br/>
        <w:t>- Bước 2: ................................................</w:t>
      </w:r>
      <w:r w:rsidRPr="00BC6D35">
        <w:rPr>
          <w:rFonts w:cs="Times New Roman"/>
          <w:szCs w:val="28"/>
        </w:rPr>
        <w:br/>
        <w:t>- Bước 3: ................................................</w:t>
      </w:r>
      <w:r w:rsidRPr="00BC6D35">
        <w:rPr>
          <w:rFonts w:cs="Times New Roman"/>
          <w:szCs w:val="28"/>
        </w:rPr>
        <w:br/>
        <w:t>- Khó khăn gặp phải: .........</w:t>
      </w:r>
      <w:r w:rsidR="00AF771C">
        <w:rPr>
          <w:rFonts w:cs="Times New Roman"/>
          <w:szCs w:val="28"/>
        </w:rPr>
        <w:t>....................</w:t>
      </w:r>
      <w:r w:rsidRPr="00BC6D35">
        <w:rPr>
          <w:rFonts w:cs="Times New Roman"/>
          <w:szCs w:val="28"/>
        </w:rPr>
        <w:br/>
        <w:t>- Cách khắc phục: ........</w:t>
      </w:r>
      <w:r w:rsidR="00AF771C">
        <w:rPr>
          <w:rFonts w:cs="Times New Roman"/>
          <w:szCs w:val="28"/>
        </w:rPr>
        <w:t>..........................</w:t>
      </w:r>
      <w:r w:rsidRPr="00BC6D35">
        <w:rPr>
          <w:rFonts w:cs="Times New Roman"/>
          <w:szCs w:val="28"/>
        </w:rPr>
        <w:br/>
        <w:t>6. Tự đánh giá của HS (điền ô):</w:t>
      </w:r>
    </w:p>
    <w:p w:rsidR="00692B5E" w:rsidRDefault="001F57AC" w:rsidP="00BE22E3">
      <w:pPr>
        <w:spacing w:after="0" w:line="360" w:lineRule="auto"/>
        <w:jc w:val="both"/>
        <w:rPr>
          <w:rFonts w:cs="Times New Roman"/>
          <w:szCs w:val="28"/>
        </w:rPr>
      </w:pPr>
      <w:r w:rsidRPr="00BC6D35">
        <w:rPr>
          <w:rFonts w:cs="Times New Roman"/>
          <w:szCs w:val="28"/>
        </w:rPr>
        <w:t xml:space="preserve">Hiểu kiến thức: </w:t>
      </w:r>
      <w:r w:rsidR="00AF771C">
        <w:rPr>
          <w:rFonts w:cs="Times New Roman"/>
          <w:szCs w:val="28"/>
          <w:lang w:val="vi-VN"/>
        </w:rPr>
        <w:t xml:space="preserve">                </w:t>
      </w:r>
      <w:r w:rsidRPr="00BC6D35">
        <w:rPr>
          <w:rFonts w:ascii="MS Gothic" w:eastAsia="MS Gothic" w:hAnsi="MS Gothic" w:cs="MS Gothic" w:hint="eastAsia"/>
          <w:szCs w:val="28"/>
        </w:rPr>
        <w:t>☐</w:t>
      </w:r>
      <w:r w:rsidRPr="00BC6D35">
        <w:rPr>
          <w:rFonts w:cs="Times New Roman"/>
          <w:szCs w:val="28"/>
        </w:rPr>
        <w:t xml:space="preserve"> Chưa đạt </w:t>
      </w:r>
      <w:r w:rsidRPr="00BC6D35">
        <w:rPr>
          <w:rFonts w:ascii="MS Gothic" w:eastAsia="MS Gothic" w:hAnsi="MS Gothic" w:cs="MS Gothic" w:hint="eastAsia"/>
          <w:szCs w:val="28"/>
        </w:rPr>
        <w:t>☐</w:t>
      </w:r>
      <w:r w:rsidRPr="00BC6D35">
        <w:rPr>
          <w:rFonts w:cs="Times New Roman"/>
          <w:szCs w:val="28"/>
        </w:rPr>
        <w:t xml:space="preserve"> Đạt </w:t>
      </w:r>
      <w:r w:rsidRPr="00BC6D35">
        <w:rPr>
          <w:rFonts w:ascii="MS Gothic" w:eastAsia="MS Gothic" w:hAnsi="MS Gothic" w:cs="MS Gothic" w:hint="eastAsia"/>
          <w:szCs w:val="28"/>
        </w:rPr>
        <w:t>☐</w:t>
      </w:r>
      <w:r w:rsidRPr="00BC6D35">
        <w:rPr>
          <w:rFonts w:cs="Times New Roman"/>
          <w:szCs w:val="28"/>
        </w:rPr>
        <w:t xml:space="preserve"> Khá </w:t>
      </w:r>
      <w:r w:rsidRPr="00BC6D35">
        <w:rPr>
          <w:rFonts w:ascii="MS Gothic" w:eastAsia="MS Gothic" w:hAnsi="MS Gothic" w:cs="MS Gothic" w:hint="eastAsia"/>
          <w:szCs w:val="28"/>
        </w:rPr>
        <w:t>☐</w:t>
      </w:r>
      <w:r w:rsidRPr="00BC6D35">
        <w:rPr>
          <w:rFonts w:cs="Times New Roman"/>
          <w:szCs w:val="28"/>
        </w:rPr>
        <w:t xml:space="preserve"> Tốt</w:t>
      </w:r>
    </w:p>
    <w:p w:rsidR="00692B5E" w:rsidRDefault="001F57AC" w:rsidP="00BE22E3">
      <w:pPr>
        <w:spacing w:after="0" w:line="360" w:lineRule="auto"/>
        <w:jc w:val="both"/>
        <w:rPr>
          <w:rFonts w:cs="Times New Roman"/>
          <w:szCs w:val="28"/>
        </w:rPr>
      </w:pPr>
      <w:r w:rsidRPr="00BC6D35">
        <w:rPr>
          <w:rFonts w:cs="Times New Roman"/>
          <w:szCs w:val="28"/>
        </w:rPr>
        <w:t xml:space="preserve">Hoàn thành nhiệm vụ: </w:t>
      </w:r>
      <w:r w:rsidR="00AF771C">
        <w:rPr>
          <w:rFonts w:cs="Times New Roman"/>
          <w:szCs w:val="28"/>
          <w:lang w:val="vi-VN"/>
        </w:rPr>
        <w:t xml:space="preserve">     </w:t>
      </w:r>
      <w:r w:rsidRPr="00BC6D35">
        <w:rPr>
          <w:rFonts w:ascii="MS Gothic" w:eastAsia="MS Gothic" w:hAnsi="MS Gothic" w:cs="MS Gothic" w:hint="eastAsia"/>
          <w:szCs w:val="28"/>
        </w:rPr>
        <w:t>☐</w:t>
      </w:r>
      <w:r w:rsidRPr="00BC6D35">
        <w:rPr>
          <w:rFonts w:cs="Times New Roman"/>
          <w:szCs w:val="28"/>
        </w:rPr>
        <w:t xml:space="preserve"> Chưa đạt </w:t>
      </w:r>
      <w:r w:rsidRPr="00BC6D35">
        <w:rPr>
          <w:rFonts w:ascii="MS Gothic" w:eastAsia="MS Gothic" w:hAnsi="MS Gothic" w:cs="MS Gothic" w:hint="eastAsia"/>
          <w:szCs w:val="28"/>
        </w:rPr>
        <w:t>☐</w:t>
      </w:r>
      <w:r w:rsidRPr="00BC6D35">
        <w:rPr>
          <w:rFonts w:cs="Times New Roman"/>
          <w:szCs w:val="28"/>
        </w:rPr>
        <w:t xml:space="preserve"> Đạt </w:t>
      </w:r>
      <w:r w:rsidRPr="00BC6D35">
        <w:rPr>
          <w:rFonts w:ascii="MS Gothic" w:eastAsia="MS Gothic" w:hAnsi="MS Gothic" w:cs="MS Gothic" w:hint="eastAsia"/>
          <w:szCs w:val="28"/>
        </w:rPr>
        <w:t>☐</w:t>
      </w:r>
      <w:r w:rsidRPr="00BC6D35">
        <w:rPr>
          <w:rFonts w:cs="Times New Roman"/>
          <w:szCs w:val="28"/>
        </w:rPr>
        <w:t xml:space="preserve"> Khá </w:t>
      </w:r>
      <w:r w:rsidRPr="00BC6D35">
        <w:rPr>
          <w:rFonts w:ascii="MS Gothic" w:eastAsia="MS Gothic" w:hAnsi="MS Gothic" w:cs="MS Gothic" w:hint="eastAsia"/>
          <w:szCs w:val="28"/>
        </w:rPr>
        <w:t>☐</w:t>
      </w:r>
      <w:r w:rsidRPr="00BC6D35">
        <w:rPr>
          <w:rFonts w:cs="Times New Roman"/>
          <w:szCs w:val="28"/>
        </w:rPr>
        <w:t xml:space="preserve"> Tốt</w:t>
      </w:r>
    </w:p>
    <w:p w:rsidR="00692B5E" w:rsidRDefault="001F57AC" w:rsidP="00BE22E3">
      <w:pPr>
        <w:spacing w:after="0" w:line="360" w:lineRule="auto"/>
        <w:jc w:val="both"/>
        <w:rPr>
          <w:rFonts w:cs="Times New Roman"/>
          <w:szCs w:val="28"/>
        </w:rPr>
      </w:pPr>
      <w:r w:rsidRPr="00BC6D35">
        <w:rPr>
          <w:rFonts w:cs="Times New Roman"/>
          <w:szCs w:val="28"/>
        </w:rPr>
        <w:t xml:space="preserve">Tinh thần hợp tác: </w:t>
      </w:r>
      <w:r w:rsidR="00AF771C">
        <w:rPr>
          <w:rFonts w:cs="Times New Roman"/>
          <w:szCs w:val="28"/>
          <w:lang w:val="vi-VN"/>
        </w:rPr>
        <w:t xml:space="preserve">            </w:t>
      </w:r>
      <w:r w:rsidRPr="00BC6D35">
        <w:rPr>
          <w:rFonts w:ascii="MS Gothic" w:eastAsia="MS Gothic" w:hAnsi="MS Gothic" w:cs="MS Gothic" w:hint="eastAsia"/>
          <w:szCs w:val="28"/>
        </w:rPr>
        <w:t>☐</w:t>
      </w:r>
      <w:r w:rsidRPr="00BC6D35">
        <w:rPr>
          <w:rFonts w:cs="Times New Roman"/>
          <w:szCs w:val="28"/>
        </w:rPr>
        <w:t xml:space="preserve"> Chưa đạt </w:t>
      </w:r>
      <w:r w:rsidRPr="00BC6D35">
        <w:rPr>
          <w:rFonts w:ascii="MS Gothic" w:eastAsia="MS Gothic" w:hAnsi="MS Gothic" w:cs="MS Gothic" w:hint="eastAsia"/>
          <w:szCs w:val="28"/>
        </w:rPr>
        <w:t>☐</w:t>
      </w:r>
      <w:r w:rsidRPr="00BC6D35">
        <w:rPr>
          <w:rFonts w:cs="Times New Roman"/>
          <w:szCs w:val="28"/>
        </w:rPr>
        <w:t xml:space="preserve"> Đạt </w:t>
      </w:r>
      <w:r w:rsidRPr="00BC6D35">
        <w:rPr>
          <w:rFonts w:ascii="MS Gothic" w:eastAsia="MS Gothic" w:hAnsi="MS Gothic" w:cs="MS Gothic" w:hint="eastAsia"/>
          <w:szCs w:val="28"/>
        </w:rPr>
        <w:t>☐</w:t>
      </w:r>
      <w:r w:rsidRPr="00BC6D35">
        <w:rPr>
          <w:rFonts w:cs="Times New Roman"/>
          <w:szCs w:val="28"/>
        </w:rPr>
        <w:t xml:space="preserve"> Khá </w:t>
      </w:r>
      <w:r w:rsidRPr="00BC6D35">
        <w:rPr>
          <w:rFonts w:ascii="MS Gothic" w:eastAsia="MS Gothic" w:hAnsi="MS Gothic" w:cs="MS Gothic" w:hint="eastAsia"/>
          <w:szCs w:val="28"/>
        </w:rPr>
        <w:t>☐</w:t>
      </w:r>
      <w:r w:rsidRPr="00BC6D35">
        <w:rPr>
          <w:rFonts w:cs="Times New Roman"/>
          <w:szCs w:val="28"/>
        </w:rPr>
        <w:t xml:space="preserve"> Tốt</w:t>
      </w:r>
    </w:p>
    <w:p w:rsidR="00692B5E" w:rsidRDefault="001F57AC" w:rsidP="00BE22E3">
      <w:pPr>
        <w:spacing w:after="0" w:line="360" w:lineRule="auto"/>
        <w:jc w:val="both"/>
        <w:rPr>
          <w:rFonts w:cs="Times New Roman"/>
          <w:szCs w:val="28"/>
        </w:rPr>
      </w:pPr>
      <w:r w:rsidRPr="00BC6D35">
        <w:rPr>
          <w:rFonts w:cs="Times New Roman"/>
          <w:szCs w:val="28"/>
        </w:rPr>
        <w:t xml:space="preserve">Sáng tạo trong sản phẩm: </w:t>
      </w:r>
      <w:r w:rsidR="00AF771C">
        <w:rPr>
          <w:rFonts w:cs="Times New Roman"/>
          <w:szCs w:val="28"/>
          <w:lang w:val="vi-VN"/>
        </w:rPr>
        <w:t xml:space="preserve"> </w:t>
      </w:r>
      <w:r w:rsidRPr="00BC6D35">
        <w:rPr>
          <w:rFonts w:ascii="MS Gothic" w:eastAsia="MS Gothic" w:hAnsi="MS Gothic" w:cs="MS Gothic" w:hint="eastAsia"/>
          <w:szCs w:val="28"/>
        </w:rPr>
        <w:t>☐</w:t>
      </w:r>
      <w:r w:rsidRPr="00BC6D35">
        <w:rPr>
          <w:rFonts w:cs="Times New Roman"/>
          <w:szCs w:val="28"/>
        </w:rPr>
        <w:t xml:space="preserve"> Chưa đạt </w:t>
      </w:r>
      <w:r w:rsidRPr="00BC6D35">
        <w:rPr>
          <w:rFonts w:ascii="MS Gothic" w:eastAsia="MS Gothic" w:hAnsi="MS Gothic" w:cs="MS Gothic" w:hint="eastAsia"/>
          <w:szCs w:val="28"/>
        </w:rPr>
        <w:t>☐</w:t>
      </w:r>
      <w:r w:rsidRPr="00BC6D35">
        <w:rPr>
          <w:rFonts w:cs="Times New Roman"/>
          <w:szCs w:val="28"/>
        </w:rPr>
        <w:t xml:space="preserve"> Đạt </w:t>
      </w:r>
      <w:r w:rsidRPr="00BC6D35">
        <w:rPr>
          <w:rFonts w:ascii="MS Gothic" w:eastAsia="MS Gothic" w:hAnsi="MS Gothic" w:cs="MS Gothic" w:hint="eastAsia"/>
          <w:szCs w:val="28"/>
        </w:rPr>
        <w:t>☐</w:t>
      </w:r>
      <w:r w:rsidRPr="00BC6D35">
        <w:rPr>
          <w:rFonts w:cs="Times New Roman"/>
          <w:szCs w:val="28"/>
        </w:rPr>
        <w:t xml:space="preserve"> Khá </w:t>
      </w:r>
      <w:r w:rsidRPr="00BC6D35">
        <w:rPr>
          <w:rFonts w:ascii="MS Gothic" w:eastAsia="MS Gothic" w:hAnsi="MS Gothic" w:cs="MS Gothic" w:hint="eastAsia"/>
          <w:szCs w:val="28"/>
        </w:rPr>
        <w:t>☐</w:t>
      </w:r>
      <w:r w:rsidR="00BC6D35">
        <w:rPr>
          <w:rFonts w:cs="Times New Roman"/>
          <w:szCs w:val="28"/>
        </w:rPr>
        <w:t xml:space="preserve"> Tốt</w:t>
      </w:r>
    </w:p>
    <w:p w:rsidR="00C14156" w:rsidRPr="00BC6D35" w:rsidRDefault="001F57AC" w:rsidP="00BE22E3">
      <w:pPr>
        <w:spacing w:after="0" w:line="360" w:lineRule="auto"/>
        <w:jc w:val="both"/>
        <w:rPr>
          <w:rFonts w:cs="Times New Roman"/>
          <w:szCs w:val="28"/>
        </w:rPr>
      </w:pPr>
      <w:r w:rsidRPr="00BC6D35">
        <w:rPr>
          <w:rFonts w:cs="Times New Roman"/>
          <w:szCs w:val="28"/>
        </w:rPr>
        <w:t>7. Nhận xét của GV: ..........</w:t>
      </w:r>
      <w:r w:rsidR="00BC6D35">
        <w:rPr>
          <w:rFonts w:cs="Times New Roman"/>
          <w:szCs w:val="28"/>
        </w:rPr>
        <w:t>..............................</w:t>
      </w:r>
    </w:p>
    <w:p w:rsidR="00C14156" w:rsidRPr="00BC6D35" w:rsidRDefault="001F57AC" w:rsidP="00BE22E3">
      <w:pPr>
        <w:pStyle w:val="Heading2"/>
        <w:spacing w:before="0" w:line="360" w:lineRule="auto"/>
        <w:jc w:val="both"/>
        <w:rPr>
          <w:rFonts w:ascii="Times New Roman" w:hAnsi="Times New Roman" w:cs="Times New Roman"/>
          <w:color w:val="auto"/>
          <w:sz w:val="28"/>
          <w:szCs w:val="28"/>
        </w:rPr>
      </w:pPr>
      <w:r w:rsidRPr="00BC6D35">
        <w:rPr>
          <w:rFonts w:ascii="Times New Roman" w:hAnsi="Times New Roman" w:cs="Times New Roman"/>
          <w:color w:val="auto"/>
          <w:sz w:val="28"/>
          <w:szCs w:val="28"/>
        </w:rPr>
        <w:t>Phụ lục 2: Ảnh minh họ</w:t>
      </w:r>
      <w:r w:rsidR="0084734C">
        <w:rPr>
          <w:rFonts w:ascii="Times New Roman" w:hAnsi="Times New Roman" w:cs="Times New Roman"/>
          <w:color w:val="auto"/>
          <w:sz w:val="28"/>
          <w:szCs w:val="28"/>
        </w:rPr>
        <w:t xml:space="preserve">a mô hình STEAM </w:t>
      </w:r>
    </w:p>
    <w:p w:rsidR="00692B5E" w:rsidRDefault="008C127B" w:rsidP="00BE22E3">
      <w:pPr>
        <w:spacing w:after="0" w:line="360" w:lineRule="auto"/>
        <w:jc w:val="both"/>
        <w:rPr>
          <w:rFonts w:cs="Times New Roman"/>
          <w:b/>
          <w:szCs w:val="28"/>
        </w:rPr>
      </w:pPr>
      <w:r>
        <w:rPr>
          <w:rFonts w:cs="Times New Roman"/>
          <w:b/>
          <w:szCs w:val="28"/>
        </w:rPr>
        <w:t>Hình 1</w:t>
      </w:r>
      <w:r w:rsidR="001F57AC" w:rsidRPr="00BC6D35">
        <w:rPr>
          <w:rFonts w:cs="Times New Roman"/>
          <w:b/>
          <w:szCs w:val="28"/>
        </w:rPr>
        <w:t>. Mô</w:t>
      </w:r>
      <w:r w:rsidR="00433A3A">
        <w:rPr>
          <w:rFonts w:cs="Times New Roman"/>
          <w:b/>
          <w:szCs w:val="28"/>
        </w:rPr>
        <w:t xml:space="preserve"> hình ngôi nhà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F771C" w:rsidTr="00AF771C">
        <w:tc>
          <w:tcPr>
            <w:tcW w:w="4810" w:type="dxa"/>
          </w:tcPr>
          <w:p w:rsidR="00AF771C" w:rsidRPr="004442A1" w:rsidRDefault="000C3C45" w:rsidP="00BE22E3">
            <w:pPr>
              <w:spacing w:line="360" w:lineRule="auto"/>
              <w:jc w:val="both"/>
              <w:rPr>
                <w:rFonts w:cs="Times New Roman"/>
                <w:b/>
                <w:szCs w:val="28"/>
                <w:lang w:val="vi-VN"/>
              </w:rPr>
            </w:pPr>
            <w:r>
              <w:rPr>
                <w:rFonts w:cs="Times New Roman"/>
                <w:b/>
                <w:noProof/>
                <w:szCs w:val="28"/>
              </w:rPr>
              <w:drawing>
                <wp:inline distT="0" distB="0" distL="0" distR="0" wp14:anchorId="10F81FA4" wp14:editId="19E28C14">
                  <wp:extent cx="2636874" cy="206912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z7145220681936_103818d51198ea4be5afa2ca168b8b02.jpg"/>
                          <pic:cNvPicPr/>
                        </pic:nvPicPr>
                        <pic:blipFill>
                          <a:blip r:embed="rId10">
                            <a:extLst>
                              <a:ext uri="{28A0092B-C50C-407E-A947-70E740481C1C}">
                                <a14:useLocalDpi xmlns:a14="http://schemas.microsoft.com/office/drawing/2010/main" val="0"/>
                              </a:ext>
                            </a:extLst>
                          </a:blip>
                          <a:stretch>
                            <a:fillRect/>
                          </a:stretch>
                        </pic:blipFill>
                        <pic:spPr>
                          <a:xfrm>
                            <a:off x="0" y="0"/>
                            <a:ext cx="2641710" cy="2072921"/>
                          </a:xfrm>
                          <a:prstGeom prst="rect">
                            <a:avLst/>
                          </a:prstGeom>
                        </pic:spPr>
                      </pic:pic>
                    </a:graphicData>
                  </a:graphic>
                </wp:inline>
              </w:drawing>
            </w:r>
          </w:p>
        </w:tc>
        <w:tc>
          <w:tcPr>
            <w:tcW w:w="4811" w:type="dxa"/>
          </w:tcPr>
          <w:p w:rsidR="008D3032" w:rsidRDefault="008D3032" w:rsidP="00AF771C">
            <w:pPr>
              <w:spacing w:line="360" w:lineRule="auto"/>
              <w:jc w:val="both"/>
              <w:rPr>
                <w:rFonts w:cs="Times New Roman"/>
                <w:szCs w:val="28"/>
              </w:rPr>
            </w:pPr>
          </w:p>
          <w:p w:rsidR="008D3032" w:rsidRDefault="008D3032" w:rsidP="00AF771C">
            <w:pPr>
              <w:spacing w:line="360" w:lineRule="auto"/>
              <w:jc w:val="both"/>
              <w:rPr>
                <w:rFonts w:cs="Times New Roman"/>
                <w:szCs w:val="28"/>
              </w:rPr>
            </w:pPr>
          </w:p>
          <w:p w:rsidR="00AF771C" w:rsidRPr="00BC6D35" w:rsidRDefault="00AF771C" w:rsidP="00AF771C">
            <w:pPr>
              <w:spacing w:line="360" w:lineRule="auto"/>
              <w:jc w:val="both"/>
              <w:rPr>
                <w:rFonts w:cs="Times New Roman"/>
                <w:szCs w:val="28"/>
              </w:rPr>
            </w:pPr>
            <w:r w:rsidRPr="00BC6D35">
              <w:rPr>
                <w:rFonts w:cs="Times New Roman"/>
                <w:szCs w:val="28"/>
              </w:rPr>
              <w:t xml:space="preserve">Chú thích: Mô hình giúp HS thực hành về tỉ lệ, tỉ lệ </w:t>
            </w:r>
            <w:r>
              <w:rPr>
                <w:rFonts w:cs="Times New Roman"/>
                <w:szCs w:val="28"/>
              </w:rPr>
              <w:t>kích thước và khối.</w:t>
            </w:r>
          </w:p>
          <w:p w:rsidR="00AF771C" w:rsidRDefault="00AF771C" w:rsidP="00BE22E3">
            <w:pPr>
              <w:spacing w:line="360" w:lineRule="auto"/>
              <w:jc w:val="both"/>
              <w:rPr>
                <w:rFonts w:cs="Times New Roman"/>
                <w:b/>
                <w:szCs w:val="28"/>
              </w:rPr>
            </w:pPr>
          </w:p>
        </w:tc>
      </w:tr>
    </w:tbl>
    <w:p w:rsidR="00692B5E" w:rsidRDefault="008C127B" w:rsidP="00BE22E3">
      <w:pPr>
        <w:spacing w:after="0" w:line="360" w:lineRule="auto"/>
        <w:jc w:val="both"/>
        <w:rPr>
          <w:rFonts w:cs="Times New Roman"/>
          <w:b/>
          <w:szCs w:val="28"/>
        </w:rPr>
      </w:pPr>
      <w:r>
        <w:rPr>
          <w:rFonts w:cs="Times New Roman"/>
          <w:b/>
          <w:szCs w:val="28"/>
        </w:rPr>
        <w:t>Hình 2</w:t>
      </w:r>
      <w:r w:rsidR="001F57AC" w:rsidRPr="00BC6D35">
        <w:rPr>
          <w:rFonts w:cs="Times New Roman"/>
          <w:b/>
          <w:szCs w:val="28"/>
        </w:rPr>
        <w:t>. Mô hình cối xay g</w:t>
      </w:r>
      <w:r w:rsidR="003C769D">
        <w:rPr>
          <w:rFonts w:cs="Times New Roman"/>
          <w:b/>
          <w:szCs w:val="28"/>
        </w:rPr>
        <w:t>i</w:t>
      </w:r>
      <w:r w:rsidR="007438FE">
        <w:rPr>
          <w:rFonts w:cs="Times New Roman"/>
          <w:b/>
          <w:szCs w:val="28"/>
        </w:rPr>
        <w:t>ó</w:t>
      </w:r>
      <w:r w:rsidR="007438FE">
        <w:rPr>
          <w:rFonts w:cs="Times New Roman"/>
          <w:b/>
          <w:szCs w:val="28"/>
          <w:lang w:val="vi-VN"/>
        </w:rPr>
        <w:t>, máy lọc nước</w:t>
      </w:r>
      <w:r w:rsidR="003C769D">
        <w:rPr>
          <w:rFonts w:cs="Times New Roman"/>
          <w:b/>
          <w:szCs w:val="28"/>
        </w:rPr>
        <w:t xml:space="preserve"> từ chai nhựa</w:t>
      </w:r>
      <w:r w:rsidR="001F57AC" w:rsidRPr="00BC6D35">
        <w:rPr>
          <w:rFonts w:cs="Times New Roman"/>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9A3932" w:rsidTr="008F5873">
        <w:tc>
          <w:tcPr>
            <w:tcW w:w="4810" w:type="dxa"/>
          </w:tcPr>
          <w:p w:rsidR="009A3932" w:rsidRDefault="009A3932" w:rsidP="00BE22E3">
            <w:pPr>
              <w:spacing w:line="360" w:lineRule="auto"/>
              <w:jc w:val="both"/>
              <w:rPr>
                <w:rFonts w:cs="Times New Roman"/>
                <w:b/>
                <w:szCs w:val="28"/>
              </w:rPr>
            </w:pPr>
            <w:r w:rsidRPr="00BC6D35">
              <w:rPr>
                <w:rFonts w:cs="Times New Roman"/>
                <w:noProof/>
                <w:szCs w:val="28"/>
              </w:rPr>
              <w:lastRenderedPageBreak/>
              <w:drawing>
                <wp:inline distT="0" distB="0" distL="0" distR="0" wp14:anchorId="573DCFF0" wp14:editId="795F1F13">
                  <wp:extent cx="2641600" cy="200654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chai_nhua.png"/>
                          <pic:cNvPicPr/>
                        </pic:nvPicPr>
                        <pic:blipFill>
                          <a:blip r:embed="rId11"/>
                          <a:stretch>
                            <a:fillRect/>
                          </a:stretch>
                        </pic:blipFill>
                        <pic:spPr>
                          <a:xfrm>
                            <a:off x="0" y="0"/>
                            <a:ext cx="2659257" cy="2019961"/>
                          </a:xfrm>
                          <a:prstGeom prst="rect">
                            <a:avLst/>
                          </a:prstGeom>
                        </pic:spPr>
                      </pic:pic>
                    </a:graphicData>
                  </a:graphic>
                </wp:inline>
              </w:drawing>
            </w:r>
          </w:p>
        </w:tc>
        <w:tc>
          <w:tcPr>
            <w:tcW w:w="4811" w:type="dxa"/>
          </w:tcPr>
          <w:p w:rsidR="009A3932" w:rsidRDefault="009A3932" w:rsidP="009A3932">
            <w:pPr>
              <w:spacing w:line="360" w:lineRule="auto"/>
              <w:jc w:val="both"/>
              <w:rPr>
                <w:rFonts w:cs="Times New Roman"/>
                <w:szCs w:val="28"/>
              </w:rPr>
            </w:pPr>
          </w:p>
          <w:p w:rsidR="009A3932" w:rsidRPr="006C739A" w:rsidRDefault="006C739A" w:rsidP="00BE22E3">
            <w:pPr>
              <w:spacing w:line="360" w:lineRule="auto"/>
              <w:jc w:val="both"/>
              <w:rPr>
                <w:rFonts w:cs="Times New Roman"/>
                <w:szCs w:val="28"/>
              </w:rPr>
            </w:pPr>
            <w:r w:rsidRPr="006C739A">
              <w:rPr>
                <w:rFonts w:cs="Times New Roman"/>
                <w:noProof/>
                <w:szCs w:val="28"/>
              </w:rPr>
              <w:drawing>
                <wp:inline distT="0" distB="0" distL="0" distR="0" wp14:anchorId="0F533C49" wp14:editId="7A349B81">
                  <wp:extent cx="2578100" cy="1933643"/>
                  <wp:effectExtent l="0" t="0" r="0" b="9525"/>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9595" cy="1942264"/>
                          </a:xfrm>
                          <a:prstGeom prst="rect">
                            <a:avLst/>
                          </a:prstGeom>
                        </pic:spPr>
                      </pic:pic>
                    </a:graphicData>
                  </a:graphic>
                </wp:inline>
              </w:drawing>
            </w:r>
          </w:p>
        </w:tc>
      </w:tr>
    </w:tbl>
    <w:p w:rsidR="006C739A" w:rsidRDefault="006C739A" w:rsidP="006C739A">
      <w:pPr>
        <w:spacing w:after="0" w:line="360" w:lineRule="auto"/>
        <w:jc w:val="both"/>
        <w:rPr>
          <w:rFonts w:cs="Times New Roman"/>
          <w:szCs w:val="28"/>
        </w:rPr>
      </w:pPr>
      <w:r w:rsidRPr="00BC6D35">
        <w:rPr>
          <w:rFonts w:cs="Times New Roman"/>
          <w:szCs w:val="28"/>
        </w:rPr>
        <w:t>Chú thích: Dự án nhỏ liên môn Khoa học - Công nghệ; giúp HS tìm hiểu chuyển động và lực.</w:t>
      </w:r>
    </w:p>
    <w:p w:rsidR="003C769D" w:rsidRDefault="008C127B" w:rsidP="003C769D">
      <w:pPr>
        <w:spacing w:after="0" w:line="360" w:lineRule="auto"/>
        <w:jc w:val="both"/>
        <w:rPr>
          <w:rFonts w:cs="Times New Roman"/>
          <w:b/>
          <w:szCs w:val="28"/>
        </w:rPr>
      </w:pPr>
      <w:r>
        <w:rPr>
          <w:rFonts w:cs="Times New Roman"/>
          <w:b/>
          <w:szCs w:val="28"/>
        </w:rPr>
        <w:t>Hình 3</w:t>
      </w:r>
      <w:r w:rsidR="003C769D">
        <w:rPr>
          <w:rFonts w:cs="Times New Roman"/>
          <w:b/>
          <w:szCs w:val="28"/>
        </w:rPr>
        <w:t>. Mô hình vi</w:t>
      </w:r>
      <w:r w:rsidR="003C769D">
        <w:rPr>
          <w:rFonts w:cs="Times New Roman"/>
          <w:b/>
          <w:szCs w:val="28"/>
          <w:lang w:val="vi-VN"/>
        </w:rPr>
        <w:t xml:space="preserve"> khuẩn</w:t>
      </w:r>
      <w:r w:rsidR="001B5094">
        <w:rPr>
          <w:rFonts w:cs="Times New Roman"/>
          <w:b/>
          <w:szCs w:val="28"/>
          <w:lang w:val="vi-VN"/>
        </w:rPr>
        <w:t xml:space="preserve"> từ đất sét</w:t>
      </w:r>
      <w:r w:rsidR="003C769D" w:rsidRPr="00BC6D35">
        <w:rPr>
          <w:rFonts w:cs="Times New Roman"/>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6"/>
      </w:tblGrid>
      <w:tr w:rsidR="007438FE" w:rsidTr="001B5094">
        <w:tc>
          <w:tcPr>
            <w:tcW w:w="8956" w:type="dxa"/>
          </w:tcPr>
          <w:p w:rsidR="007438FE" w:rsidRDefault="007438FE" w:rsidP="003C769D">
            <w:pPr>
              <w:spacing w:line="360" w:lineRule="auto"/>
              <w:jc w:val="both"/>
              <w:rPr>
                <w:rFonts w:cs="Times New Roman"/>
                <w:b/>
                <w:szCs w:val="28"/>
              </w:rPr>
            </w:pPr>
            <w:r w:rsidRPr="00882987">
              <w:rPr>
                <w:rFonts w:cs="Times New Roman"/>
                <w:noProof/>
                <w:szCs w:val="28"/>
              </w:rPr>
              <w:drawing>
                <wp:inline distT="0" distB="0" distL="0" distR="0" wp14:anchorId="08043D62" wp14:editId="25B38F60">
                  <wp:extent cx="5448299" cy="3016250"/>
                  <wp:effectExtent l="0" t="0" r="635" b="0"/>
                  <wp:docPr id="7" name="Ảnh 7" descr="C:\Users\PC\Desktop\HỒ SƠ TỔ KHTN\STEAM\HUỆ\LỚP 6\z6546047383840_9ea99d7caafd9832d15db787e0ae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Ồ SƠ TỔ KHTN\STEAM\HUỆ\LỚP 6\z6546047383840_9ea99d7caafd9832d15db787e0ae22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193" cy="3027264"/>
                          </a:xfrm>
                          <a:prstGeom prst="rect">
                            <a:avLst/>
                          </a:prstGeom>
                          <a:noFill/>
                          <a:ln>
                            <a:noFill/>
                          </a:ln>
                        </pic:spPr>
                      </pic:pic>
                    </a:graphicData>
                  </a:graphic>
                </wp:inline>
              </w:drawing>
            </w:r>
          </w:p>
        </w:tc>
      </w:tr>
    </w:tbl>
    <w:p w:rsidR="00882987" w:rsidRPr="004442A1" w:rsidRDefault="008C127B" w:rsidP="006C739A">
      <w:pPr>
        <w:spacing w:after="0" w:line="360" w:lineRule="auto"/>
        <w:jc w:val="both"/>
        <w:rPr>
          <w:rFonts w:cs="Times New Roman"/>
          <w:b/>
          <w:szCs w:val="28"/>
          <w:lang w:val="vi-VN"/>
        </w:rPr>
      </w:pPr>
      <w:r>
        <w:rPr>
          <w:rFonts w:cs="Times New Roman"/>
          <w:b/>
          <w:szCs w:val="28"/>
        </w:rPr>
        <w:t>Hình 4</w:t>
      </w:r>
      <w:r w:rsidR="007438FE">
        <w:rPr>
          <w:rFonts w:cs="Times New Roman"/>
          <w:b/>
          <w:szCs w:val="28"/>
        </w:rPr>
        <w:t>. Mô hình</w:t>
      </w:r>
      <w:r w:rsidR="007438FE">
        <w:rPr>
          <w:rFonts w:cs="Times New Roman"/>
          <w:b/>
          <w:szCs w:val="28"/>
          <w:lang w:val="vi-VN"/>
        </w:rPr>
        <w:t xml:space="preserve"> hoạt động</w:t>
      </w:r>
      <w:r w:rsidR="007438FE">
        <w:rPr>
          <w:rFonts w:cs="Times New Roman"/>
          <w:b/>
          <w:szCs w:val="28"/>
        </w:rPr>
        <w:t xml:space="preserve"> hô</w:t>
      </w:r>
      <w:r w:rsidR="007438FE">
        <w:rPr>
          <w:rFonts w:cs="Times New Roman"/>
          <w:b/>
          <w:szCs w:val="28"/>
          <w:lang w:val="vi-VN"/>
        </w:rPr>
        <w:t xml:space="preserve"> hấp ở phổi</w:t>
      </w:r>
    </w:p>
    <w:p w:rsidR="0016691D" w:rsidRDefault="00882987" w:rsidP="006C739A">
      <w:pPr>
        <w:spacing w:after="0" w:line="360" w:lineRule="auto"/>
        <w:jc w:val="both"/>
        <w:rPr>
          <w:rFonts w:cs="Times New Roman"/>
          <w:szCs w:val="28"/>
        </w:rPr>
      </w:pPr>
      <w:r w:rsidRPr="00882987">
        <w:rPr>
          <w:rFonts w:cs="Times New Roman"/>
          <w:noProof/>
          <w:szCs w:val="28"/>
        </w:rPr>
        <w:lastRenderedPageBreak/>
        <w:drawing>
          <wp:inline distT="0" distB="0" distL="0" distR="0">
            <wp:extent cx="2780877" cy="2085658"/>
            <wp:effectExtent l="0" t="0" r="635" b="0"/>
            <wp:docPr id="8" name="Ảnh 8" descr="C:\Users\PC\Desktop\HỒ SƠ TỔ KHTN\STEAM\HUỆ\LỚP 8\z6546054387966_3171ee194bf66ba22daafd2cbfd75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HỒ SƠ TỔ KHTN\STEAM\HUỆ\LỚP 8\z6546054387966_3171ee194bf66ba22daafd2cbfd75d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134" cy="2092601"/>
                    </a:xfrm>
                    <a:prstGeom prst="rect">
                      <a:avLst/>
                    </a:prstGeom>
                    <a:noFill/>
                    <a:ln>
                      <a:noFill/>
                    </a:ln>
                  </pic:spPr>
                </pic:pic>
              </a:graphicData>
            </a:graphic>
          </wp:inline>
        </w:drawing>
      </w:r>
    </w:p>
    <w:p w:rsidR="004442A1" w:rsidRDefault="008C127B" w:rsidP="004442A1">
      <w:pPr>
        <w:spacing w:after="0" w:line="360" w:lineRule="auto"/>
        <w:jc w:val="both"/>
        <w:rPr>
          <w:rFonts w:cs="Times New Roman"/>
          <w:b/>
          <w:szCs w:val="28"/>
          <w:lang w:val="vi-VN"/>
        </w:rPr>
      </w:pPr>
      <w:r>
        <w:rPr>
          <w:rFonts w:cs="Times New Roman"/>
          <w:b/>
          <w:szCs w:val="28"/>
        </w:rPr>
        <w:t>Hình 5</w:t>
      </w:r>
      <w:r w:rsidR="004442A1">
        <w:rPr>
          <w:rFonts w:cs="Times New Roman"/>
          <w:b/>
          <w:szCs w:val="28"/>
        </w:rPr>
        <w:t>. Mô hình</w:t>
      </w:r>
      <w:r w:rsidR="004442A1">
        <w:rPr>
          <w:rFonts w:cs="Times New Roman"/>
          <w:b/>
          <w:szCs w:val="28"/>
          <w:lang w:val="vi-VN"/>
        </w:rPr>
        <w:t xml:space="preserve"> đồi A1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4442A1" w:rsidTr="004442A1">
        <w:tc>
          <w:tcPr>
            <w:tcW w:w="4810" w:type="dxa"/>
          </w:tcPr>
          <w:p w:rsidR="004442A1" w:rsidRPr="004442A1" w:rsidRDefault="00FD015E" w:rsidP="004442A1">
            <w:pPr>
              <w:spacing w:line="360" w:lineRule="auto"/>
              <w:jc w:val="both"/>
              <w:rPr>
                <w:rFonts w:cs="Times New Roman"/>
                <w:b/>
                <w:szCs w:val="28"/>
                <w:lang w:val="vi-VN"/>
              </w:rPr>
            </w:pPr>
            <w:r>
              <w:rPr>
                <w:rFonts w:cs="Times New Roman"/>
                <w:b/>
                <w:noProof/>
                <w:szCs w:val="28"/>
              </w:rPr>
              <w:drawing>
                <wp:inline distT="0" distB="0" distL="0" distR="0">
                  <wp:extent cx="2254102" cy="27113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139083040474_27ef1469de6003ccf4a45beb8addda81.jpg"/>
                          <pic:cNvPicPr/>
                        </pic:nvPicPr>
                        <pic:blipFill>
                          <a:blip r:embed="rId15">
                            <a:extLst>
                              <a:ext uri="{28A0092B-C50C-407E-A947-70E740481C1C}">
                                <a14:useLocalDpi xmlns:a14="http://schemas.microsoft.com/office/drawing/2010/main" val="0"/>
                              </a:ext>
                            </a:extLst>
                          </a:blip>
                          <a:stretch>
                            <a:fillRect/>
                          </a:stretch>
                        </pic:blipFill>
                        <pic:spPr>
                          <a:xfrm>
                            <a:off x="0" y="0"/>
                            <a:ext cx="2260105" cy="2718523"/>
                          </a:xfrm>
                          <a:prstGeom prst="rect">
                            <a:avLst/>
                          </a:prstGeom>
                        </pic:spPr>
                      </pic:pic>
                    </a:graphicData>
                  </a:graphic>
                </wp:inline>
              </w:drawing>
            </w:r>
          </w:p>
        </w:tc>
        <w:tc>
          <w:tcPr>
            <w:tcW w:w="4811" w:type="dxa"/>
          </w:tcPr>
          <w:p w:rsidR="004442A1" w:rsidRPr="00BC6D35" w:rsidRDefault="004442A1" w:rsidP="004442A1">
            <w:pPr>
              <w:spacing w:line="360" w:lineRule="auto"/>
              <w:jc w:val="both"/>
              <w:rPr>
                <w:rFonts w:cs="Times New Roman"/>
                <w:szCs w:val="28"/>
              </w:rPr>
            </w:pPr>
            <w:r>
              <w:rPr>
                <w:rFonts w:cs="Times New Roman"/>
                <w:szCs w:val="28"/>
              </w:rPr>
              <w:t>Chú thích: Mô hình giúp</w:t>
            </w:r>
            <w:r>
              <w:rPr>
                <w:rFonts w:cs="Times New Roman"/>
                <w:szCs w:val="28"/>
                <w:lang w:val="vi-VN"/>
              </w:rPr>
              <w:t xml:space="preserve"> học sinh nghiên cứu tư liệu lịch sử qua chiến thắng Điện Biên Phủ</w:t>
            </w:r>
            <w:r>
              <w:rPr>
                <w:rFonts w:cs="Times New Roman"/>
                <w:szCs w:val="28"/>
              </w:rPr>
              <w:t>.</w:t>
            </w:r>
          </w:p>
          <w:p w:rsidR="004442A1" w:rsidRDefault="004442A1" w:rsidP="004442A1">
            <w:pPr>
              <w:spacing w:line="360" w:lineRule="auto"/>
              <w:jc w:val="both"/>
              <w:rPr>
                <w:rFonts w:cs="Times New Roman"/>
                <w:b/>
                <w:szCs w:val="28"/>
              </w:rPr>
            </w:pPr>
          </w:p>
        </w:tc>
      </w:tr>
    </w:tbl>
    <w:p w:rsidR="004442A1" w:rsidRPr="006149F2" w:rsidRDefault="008C127B" w:rsidP="004442A1">
      <w:pPr>
        <w:spacing w:after="0" w:line="360" w:lineRule="auto"/>
        <w:jc w:val="both"/>
        <w:rPr>
          <w:rFonts w:cs="Times New Roman"/>
          <w:b/>
          <w:szCs w:val="28"/>
          <w:lang w:val="vi-VN"/>
        </w:rPr>
      </w:pPr>
      <w:r>
        <w:rPr>
          <w:rFonts w:cs="Times New Roman"/>
          <w:b/>
          <w:szCs w:val="28"/>
        </w:rPr>
        <w:t>Hình 6</w:t>
      </w:r>
      <w:r w:rsidR="006149F2">
        <w:rPr>
          <w:rFonts w:cs="Times New Roman"/>
          <w:b/>
          <w:szCs w:val="28"/>
        </w:rPr>
        <w:t>. Lĩnh</w:t>
      </w:r>
      <w:r w:rsidR="006149F2">
        <w:rPr>
          <w:rFonts w:cs="Times New Roman"/>
          <w:b/>
          <w:szCs w:val="28"/>
          <w:lang w:val="vi-VN"/>
        </w:rPr>
        <w:t xml:space="preserve"> vực nghệ thuật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6"/>
        <w:gridCol w:w="4145"/>
      </w:tblGrid>
      <w:tr w:rsidR="006149F2" w:rsidTr="003D35BF">
        <w:tc>
          <w:tcPr>
            <w:tcW w:w="5476" w:type="dxa"/>
          </w:tcPr>
          <w:p w:rsidR="004442A1" w:rsidRPr="004442A1" w:rsidRDefault="006149F2" w:rsidP="001118C3">
            <w:pPr>
              <w:spacing w:line="360" w:lineRule="auto"/>
              <w:jc w:val="both"/>
              <w:rPr>
                <w:rFonts w:cs="Times New Roman"/>
                <w:b/>
                <w:szCs w:val="28"/>
                <w:lang w:val="vi-VN"/>
              </w:rPr>
            </w:pPr>
            <w:r w:rsidRPr="006149F2">
              <w:rPr>
                <w:rFonts w:cs="Times New Roman"/>
                <w:b/>
                <w:noProof/>
                <w:color w:val="FF0000"/>
                <w:szCs w:val="28"/>
              </w:rPr>
              <w:drawing>
                <wp:inline distT="0" distB="0" distL="0" distR="0" wp14:anchorId="047FCCB8" wp14:editId="181FA49B">
                  <wp:extent cx="3340100" cy="2591818"/>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9158" cy="2598847"/>
                          </a:xfrm>
                          <a:prstGeom prst="rect">
                            <a:avLst/>
                          </a:prstGeom>
                        </pic:spPr>
                      </pic:pic>
                    </a:graphicData>
                  </a:graphic>
                </wp:inline>
              </w:drawing>
            </w:r>
          </w:p>
        </w:tc>
        <w:tc>
          <w:tcPr>
            <w:tcW w:w="4145" w:type="dxa"/>
          </w:tcPr>
          <w:p w:rsidR="004442A1" w:rsidRPr="009C08FE" w:rsidRDefault="009C08FE" w:rsidP="001118C3">
            <w:pPr>
              <w:spacing w:line="360" w:lineRule="auto"/>
              <w:jc w:val="both"/>
              <w:rPr>
                <w:rFonts w:cs="Times New Roman"/>
                <w:szCs w:val="28"/>
                <w:lang w:val="vi-VN"/>
              </w:rPr>
            </w:pPr>
            <w:r>
              <w:rPr>
                <w:rFonts w:cs="Times New Roman"/>
                <w:szCs w:val="28"/>
                <w:lang w:val="vi-VN"/>
              </w:rPr>
              <w:t>“Góc cảm nhận” của lĩnh vực nghệ thuật là nơi các em thể hiện khả năng hội họa</w:t>
            </w:r>
          </w:p>
          <w:p w:rsidR="004442A1" w:rsidRDefault="004442A1" w:rsidP="001118C3">
            <w:pPr>
              <w:spacing w:line="360" w:lineRule="auto"/>
              <w:jc w:val="both"/>
              <w:rPr>
                <w:rFonts w:cs="Times New Roman"/>
                <w:b/>
                <w:szCs w:val="28"/>
              </w:rPr>
            </w:pPr>
          </w:p>
        </w:tc>
      </w:tr>
    </w:tbl>
    <w:p w:rsidR="003D35BF" w:rsidRPr="00BC6D35" w:rsidRDefault="008C127B" w:rsidP="003D35BF">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lastRenderedPageBreak/>
        <w:t>6</w:t>
      </w:r>
      <w:r w:rsidR="003D35BF" w:rsidRPr="00BC6D35">
        <w:rPr>
          <w:rFonts w:ascii="Times New Roman" w:hAnsi="Times New Roman" w:cs="Times New Roman"/>
          <w:color w:val="auto"/>
        </w:rPr>
        <w:t>. BÀI HỌC KINH NGHIỆM</w:t>
      </w:r>
    </w:p>
    <w:p w:rsidR="003D35BF" w:rsidRDefault="003D35BF" w:rsidP="003D35BF">
      <w:pPr>
        <w:spacing w:after="0" w:line="360" w:lineRule="auto"/>
        <w:jc w:val="both"/>
        <w:rPr>
          <w:rFonts w:cs="Times New Roman"/>
          <w:szCs w:val="28"/>
        </w:rPr>
      </w:pPr>
      <w:r w:rsidRPr="00BC6D35">
        <w:rPr>
          <w:rFonts w:cs="Times New Roman"/>
          <w:szCs w:val="28"/>
        </w:rPr>
        <w:t>Một số bài học rút ra trong quá trình triển khai:</w:t>
      </w:r>
    </w:p>
    <w:p w:rsidR="003D35BF" w:rsidRDefault="003D35BF" w:rsidP="003D35BF">
      <w:pPr>
        <w:spacing w:after="0" w:line="360" w:lineRule="auto"/>
        <w:jc w:val="both"/>
        <w:rPr>
          <w:rFonts w:cs="Times New Roman"/>
          <w:szCs w:val="28"/>
        </w:rPr>
      </w:pPr>
      <w:r w:rsidRPr="00BC6D35">
        <w:rPr>
          <w:rFonts w:cs="Times New Roman"/>
          <w:szCs w:val="28"/>
        </w:rPr>
        <w:t>1) Sự đồng thuận của Ban Giám hiệu, giáo viên chủ chốt và phụ huynh là yếu tố quyết định thành công.</w:t>
      </w:r>
    </w:p>
    <w:p w:rsidR="003D35BF" w:rsidRPr="00BC6D35" w:rsidRDefault="003D35BF" w:rsidP="003D35BF">
      <w:pPr>
        <w:spacing w:after="0" w:line="360" w:lineRule="auto"/>
        <w:jc w:val="both"/>
        <w:rPr>
          <w:rFonts w:cs="Times New Roman"/>
          <w:szCs w:val="28"/>
        </w:rPr>
      </w:pPr>
      <w:r w:rsidRPr="00BC6D35">
        <w:rPr>
          <w:rFonts w:cs="Times New Roman"/>
          <w:szCs w:val="28"/>
        </w:rPr>
        <w:t>2) Bắt đầu quy mô nhỏ, thử nghiệm, thu thập phản hồi và điều chỉnh trước khi nhân rộng.</w:t>
      </w:r>
      <w:r w:rsidRPr="00BC6D35">
        <w:rPr>
          <w:rFonts w:cs="Times New Roman"/>
          <w:szCs w:val="28"/>
        </w:rPr>
        <w:br/>
        <w:t>3) Cần có kế hoạch bảo quản, bảo trì thiết bị và nguồn vật liệu tái chế.</w:t>
      </w:r>
      <w:r w:rsidRPr="00BC6D35">
        <w:rPr>
          <w:rFonts w:cs="Times New Roman"/>
          <w:szCs w:val="28"/>
        </w:rPr>
        <w:br/>
        <w:t>4) Tổ chức hoạt động kết hợp đánh giá định tính (phản hồi, nhận xét) và định lượng (bảng so sánh) để có minh chứng thuyết phục.</w:t>
      </w:r>
    </w:p>
    <w:p w:rsidR="003D35BF" w:rsidRPr="00BC6D35" w:rsidRDefault="008C127B" w:rsidP="003D35BF">
      <w:pPr>
        <w:pStyle w:val="Heading1"/>
        <w:spacing w:before="0" w:line="360" w:lineRule="auto"/>
        <w:jc w:val="both"/>
        <w:rPr>
          <w:rFonts w:ascii="Times New Roman" w:hAnsi="Times New Roman" w:cs="Times New Roman"/>
          <w:color w:val="auto"/>
        </w:rPr>
      </w:pPr>
      <w:r>
        <w:rPr>
          <w:rFonts w:ascii="Times New Roman" w:hAnsi="Times New Roman" w:cs="Times New Roman"/>
          <w:color w:val="auto"/>
        </w:rPr>
        <w:t>7</w:t>
      </w:r>
      <w:r w:rsidR="003D35BF" w:rsidRPr="00BC6D35">
        <w:rPr>
          <w:rFonts w:ascii="Times New Roman" w:hAnsi="Times New Roman" w:cs="Times New Roman"/>
          <w:color w:val="auto"/>
        </w:rPr>
        <w:t>. KHẢ NĂNG ÁP DỤNG VÀ NHÂN RỘNG</w:t>
      </w:r>
    </w:p>
    <w:p w:rsidR="003D35BF" w:rsidRDefault="003D35BF" w:rsidP="003D35BF">
      <w:pPr>
        <w:spacing w:after="0" w:line="360" w:lineRule="auto"/>
        <w:jc w:val="both"/>
        <w:rPr>
          <w:rFonts w:cs="Times New Roman"/>
          <w:szCs w:val="28"/>
        </w:rPr>
      </w:pPr>
      <w:r w:rsidRPr="00BC6D35">
        <w:rPr>
          <w:rFonts w:cs="Times New Roman"/>
          <w:szCs w:val="28"/>
        </w:rPr>
        <w:t>Sáng kiến có tính khả thi cao ở các trường vùng nông thôn khác do chi phí thấp và tận dụng nguồn lực địa phương. Các bước nhân rộng bao gồm: xây dựng bộ tài liệu hướng dẫn triển khai, tổ chức tập huấn cho giáo viên, tạo mạng chia sẻ học liệu số giữa các trường.</w:t>
      </w:r>
    </w:p>
    <w:p w:rsidR="003D35BF" w:rsidRPr="00783B9C" w:rsidRDefault="008C127B" w:rsidP="003D35BF">
      <w:pPr>
        <w:spacing w:after="0" w:line="360" w:lineRule="auto"/>
        <w:jc w:val="both"/>
        <w:rPr>
          <w:rFonts w:cs="Times New Roman"/>
          <w:b/>
          <w:szCs w:val="28"/>
        </w:rPr>
      </w:pPr>
      <w:r>
        <w:rPr>
          <w:rFonts w:cs="Times New Roman"/>
          <w:b/>
          <w:szCs w:val="28"/>
        </w:rPr>
        <w:t>8</w:t>
      </w:r>
      <w:r w:rsidR="003D35BF" w:rsidRPr="00783B9C">
        <w:rPr>
          <w:rFonts w:cs="Times New Roman"/>
          <w:b/>
          <w:szCs w:val="28"/>
        </w:rPr>
        <w:t>. KẾT LUẬN VÀ KIẾN NGHỊ</w:t>
      </w:r>
    </w:p>
    <w:p w:rsidR="003D35BF" w:rsidRPr="00BC6D35" w:rsidRDefault="003D35BF" w:rsidP="003D35BF">
      <w:pPr>
        <w:spacing w:after="0" w:line="360" w:lineRule="auto"/>
        <w:jc w:val="both"/>
        <w:rPr>
          <w:rFonts w:cs="Times New Roman"/>
          <w:szCs w:val="28"/>
        </w:rPr>
      </w:pPr>
      <w:r w:rsidRPr="00BC6D35">
        <w:rPr>
          <w:rFonts w:cs="Times New Roman"/>
          <w:szCs w:val="28"/>
        </w:rPr>
        <w:t>Kết luận: Mô h</w:t>
      </w:r>
      <w:r>
        <w:rPr>
          <w:rFonts w:cs="Times New Roman"/>
          <w:szCs w:val="28"/>
        </w:rPr>
        <w:t>ình 'Thư viện</w:t>
      </w:r>
      <w:r w:rsidRPr="00BC6D35">
        <w:rPr>
          <w:rFonts w:cs="Times New Roman"/>
          <w:szCs w:val="28"/>
        </w:rPr>
        <w:t xml:space="preserve"> STEAM từ vật liệu tái chế' là giả</w:t>
      </w:r>
      <w:r>
        <w:rPr>
          <w:rFonts w:cs="Times New Roman"/>
          <w:szCs w:val="28"/>
        </w:rPr>
        <w:t>i</w:t>
      </w:r>
      <w:r>
        <w:rPr>
          <w:rFonts w:cs="Times New Roman"/>
          <w:szCs w:val="28"/>
          <w:lang w:val="vi-VN"/>
        </w:rPr>
        <w:t xml:space="preserve"> </w:t>
      </w:r>
      <w:r w:rsidRPr="00BC6D35">
        <w:rPr>
          <w:rFonts w:cs="Times New Roman"/>
          <w:szCs w:val="28"/>
        </w:rPr>
        <w:t>pháp đổi mới sáng tạo phù hợp cho trường nông</w:t>
      </w:r>
      <w:r>
        <w:rPr>
          <w:rFonts w:cs="Times New Roman"/>
          <w:szCs w:val="28"/>
        </w:rPr>
        <w:t xml:space="preserve"> thôn, giúp nâng cao chất lượng</w:t>
      </w:r>
      <w:r>
        <w:rPr>
          <w:rFonts w:cs="Times New Roman"/>
          <w:szCs w:val="28"/>
          <w:lang w:val="vi-VN"/>
        </w:rPr>
        <w:t xml:space="preserve"> </w:t>
      </w:r>
      <w:r w:rsidRPr="00BC6D35">
        <w:rPr>
          <w:rFonts w:cs="Times New Roman"/>
          <w:szCs w:val="28"/>
        </w:rPr>
        <w:t>dạy học, phát triển năng lực học sinh và góp phần giáo dục bảo vệ môi trường.</w:t>
      </w:r>
    </w:p>
    <w:p w:rsidR="003D35BF" w:rsidRPr="00BC6D35" w:rsidRDefault="003D35BF" w:rsidP="003D35BF">
      <w:pPr>
        <w:spacing w:after="0" w:line="360" w:lineRule="auto"/>
        <w:jc w:val="both"/>
        <w:rPr>
          <w:rFonts w:cs="Times New Roman"/>
          <w:szCs w:val="28"/>
        </w:rPr>
      </w:pPr>
      <w:r>
        <w:rPr>
          <w:rFonts w:cs="Times New Roman"/>
          <w:b/>
          <w:szCs w:val="28"/>
        </w:rPr>
        <w:t>Kiến nghị:</w:t>
      </w:r>
    </w:p>
    <w:p w:rsidR="003D35BF" w:rsidRPr="00AF771C" w:rsidRDefault="003D35BF" w:rsidP="003D35BF">
      <w:pPr>
        <w:spacing w:after="0" w:line="360" w:lineRule="auto"/>
        <w:jc w:val="both"/>
        <w:rPr>
          <w:rFonts w:cs="Times New Roman"/>
          <w:szCs w:val="28"/>
        </w:rPr>
      </w:pPr>
      <w:r w:rsidRPr="00BC6D35">
        <w:rPr>
          <w:rFonts w:cs="Times New Roman"/>
          <w:szCs w:val="28"/>
        </w:rPr>
        <w:t>1) Ban Giám hiệu: Tạo cơ chế vận động phụ huynh, phân công quả</w:t>
      </w:r>
      <w:r>
        <w:rPr>
          <w:rFonts w:cs="Times New Roman"/>
          <w:szCs w:val="28"/>
        </w:rPr>
        <w:t>n lý thư viện số và phòng STEAM</w:t>
      </w:r>
      <w:r>
        <w:rPr>
          <w:rFonts w:cs="Times New Roman"/>
          <w:szCs w:val="28"/>
          <w:lang w:val="vi-VN"/>
        </w:rPr>
        <w:t xml:space="preserve">, </w:t>
      </w:r>
      <w:r w:rsidRPr="00BC6D35">
        <w:rPr>
          <w:rFonts w:cs="Times New Roman"/>
          <w:szCs w:val="28"/>
        </w:rPr>
        <w:t>kêu gọi tài trợ thiết bị.</w:t>
      </w:r>
    </w:p>
    <w:p w:rsidR="003D35BF" w:rsidRDefault="003D35BF" w:rsidP="003D35BF">
      <w:pPr>
        <w:spacing w:after="0" w:line="360" w:lineRule="auto"/>
        <w:jc w:val="both"/>
        <w:rPr>
          <w:rFonts w:cs="Times New Roman"/>
          <w:szCs w:val="28"/>
        </w:rPr>
      </w:pPr>
      <w:r>
        <w:rPr>
          <w:rFonts w:cs="Times New Roman"/>
          <w:szCs w:val="28"/>
        </w:rPr>
        <w:t>2</w:t>
      </w:r>
      <w:r w:rsidRPr="00BC6D35">
        <w:rPr>
          <w:rFonts w:cs="Times New Roman"/>
          <w:szCs w:val="28"/>
        </w:rPr>
        <w:t>) Giáo viên: Chủ động thiết kế bài dạy phù hợp, cập nhật học liệu và tổ chức đánh giá thường xuyên.</w:t>
      </w:r>
    </w:p>
    <w:p w:rsidR="004442A1" w:rsidRPr="003D35BF" w:rsidRDefault="003D35BF" w:rsidP="004442A1">
      <w:pPr>
        <w:spacing w:after="0" w:line="360" w:lineRule="auto"/>
        <w:jc w:val="both"/>
        <w:rPr>
          <w:rFonts w:cs="Times New Roman"/>
          <w:szCs w:val="28"/>
        </w:rPr>
      </w:pPr>
      <w:r>
        <w:rPr>
          <w:rFonts w:cs="Times New Roman"/>
          <w:szCs w:val="28"/>
        </w:rPr>
        <w:t>3</w:t>
      </w:r>
      <w:r w:rsidRPr="00BC6D35">
        <w:rPr>
          <w:rFonts w:cs="Times New Roman"/>
          <w:szCs w:val="28"/>
        </w:rPr>
        <w:t>) Phụ huynh, cộng đồng: Hỗ trợ vật liệu tái chế và tham gia các hoạt động trải nghiệm khi cần.</w:t>
      </w:r>
    </w:p>
    <w:p w:rsidR="00433A3A" w:rsidRPr="00433A3A" w:rsidRDefault="00433A3A" w:rsidP="00433A3A">
      <w:pPr>
        <w:pStyle w:val="NormalWeb"/>
        <w:spacing w:before="0" w:beforeAutospacing="0" w:after="0" w:afterAutospacing="0"/>
        <w:jc w:val="both"/>
        <w:rPr>
          <w:sz w:val="28"/>
          <w:szCs w:val="32"/>
          <w:lang w:val="en-US"/>
        </w:rPr>
      </w:pPr>
      <w:r>
        <w:rPr>
          <w:rStyle w:val="Strong"/>
          <w:rFonts w:eastAsiaTheme="majorEastAsia"/>
          <w:b w:val="0"/>
          <w:sz w:val="28"/>
          <w:szCs w:val="32"/>
        </w:rPr>
        <w:tab/>
      </w:r>
      <w:r w:rsidRPr="00433A3A">
        <w:rPr>
          <w:rStyle w:val="Strong"/>
          <w:rFonts w:eastAsiaTheme="majorEastAsia"/>
          <w:b w:val="0"/>
          <w:sz w:val="28"/>
          <w:szCs w:val="32"/>
        </w:rPr>
        <w:t>Thư viện thân thiện</w:t>
      </w:r>
      <w:r w:rsidRPr="00433A3A">
        <w:rPr>
          <w:sz w:val="28"/>
          <w:szCs w:val="32"/>
        </w:rPr>
        <w:t xml:space="preserve"> không chỉ là nơi lưu trữ sách mà còn là không gian gần gũi, khơi dậy niềm đam mê đọc, hình thành văn hóa đọc và mở rộng tri thức cho học sinh.</w:t>
      </w:r>
      <w:r>
        <w:rPr>
          <w:sz w:val="28"/>
          <w:szCs w:val="32"/>
        </w:rPr>
        <w:t xml:space="preserve"> </w:t>
      </w:r>
      <w:r w:rsidRPr="00433A3A">
        <w:rPr>
          <w:rStyle w:val="Strong"/>
          <w:rFonts w:eastAsiaTheme="majorEastAsia"/>
          <w:b w:val="0"/>
          <w:sz w:val="28"/>
          <w:szCs w:val="32"/>
        </w:rPr>
        <w:t>Góc STEM</w:t>
      </w:r>
      <w:r w:rsidRPr="00433A3A">
        <w:rPr>
          <w:sz w:val="28"/>
          <w:szCs w:val="32"/>
        </w:rPr>
        <w:t xml:space="preserve"> là nơi các em được trải nghiệm, vận dụng kiến thức khoa học </w:t>
      </w:r>
      <w:r w:rsidRPr="00433A3A">
        <w:rPr>
          <w:sz w:val="28"/>
          <w:szCs w:val="32"/>
        </w:rPr>
        <w:lastRenderedPageBreak/>
        <w:t>– công nghệ – kỹ thuật – toán học để giải quyết vấn đề thực tế, rèn luyện kỹ năng sáng tạo</w:t>
      </w:r>
      <w:r w:rsidRPr="00433A3A">
        <w:rPr>
          <w:sz w:val="28"/>
          <w:szCs w:val="32"/>
          <w:lang w:val="en-US"/>
        </w:rPr>
        <w:t xml:space="preserve">, </w:t>
      </w:r>
      <w:r w:rsidRPr="00433A3A">
        <w:rPr>
          <w:sz w:val="28"/>
          <w:szCs w:val="32"/>
        </w:rPr>
        <w:t>hợp tác</w:t>
      </w:r>
      <w:r w:rsidRPr="00433A3A">
        <w:rPr>
          <w:sz w:val="28"/>
          <w:szCs w:val="32"/>
          <w:lang w:val="en-US"/>
        </w:rPr>
        <w:t xml:space="preserve"> và giải quyết vấn đề.</w:t>
      </w:r>
    </w:p>
    <w:p w:rsidR="00433A3A" w:rsidRPr="005C074C" w:rsidRDefault="00433A3A" w:rsidP="00433A3A">
      <w:pPr>
        <w:pStyle w:val="NormalWeb"/>
        <w:spacing w:before="0" w:beforeAutospacing="0" w:after="0" w:afterAutospacing="0"/>
        <w:jc w:val="both"/>
        <w:rPr>
          <w:sz w:val="32"/>
          <w:szCs w:val="32"/>
          <w:lang w:val="en-US"/>
        </w:rPr>
      </w:pPr>
      <w:r w:rsidRPr="00433A3A">
        <w:rPr>
          <w:sz w:val="28"/>
          <w:szCs w:val="32"/>
        </w:rPr>
        <w:t xml:space="preserve">Tại trường </w:t>
      </w:r>
      <w:r w:rsidRPr="00433A3A">
        <w:rPr>
          <w:sz w:val="28"/>
          <w:szCs w:val="32"/>
          <w:lang w:val="en-US"/>
        </w:rPr>
        <w:t xml:space="preserve">THCS Yên Ninh, </w:t>
      </w:r>
      <w:r>
        <w:rPr>
          <w:sz w:val="28"/>
          <w:szCs w:val="32"/>
        </w:rPr>
        <w:t>các em</w:t>
      </w:r>
      <w:r w:rsidRPr="00433A3A">
        <w:rPr>
          <w:sz w:val="28"/>
          <w:szCs w:val="32"/>
        </w:rPr>
        <w:t xml:space="preserve"> đã có những bước đi tích cực</w:t>
      </w:r>
      <w:r>
        <w:rPr>
          <w:sz w:val="28"/>
          <w:szCs w:val="32"/>
          <w:lang w:val="en-US"/>
        </w:rPr>
        <w:t xml:space="preserve"> như:</w:t>
      </w:r>
      <w:r>
        <w:rPr>
          <w:sz w:val="28"/>
          <w:szCs w:val="32"/>
        </w:rPr>
        <w:t xml:space="preserve"> </w:t>
      </w:r>
      <w:r w:rsidRPr="00433A3A">
        <w:rPr>
          <w:sz w:val="28"/>
          <w:szCs w:val="32"/>
          <w:lang w:val="en-US"/>
        </w:rPr>
        <w:t>B</w:t>
      </w:r>
      <w:r w:rsidRPr="00433A3A">
        <w:rPr>
          <w:sz w:val="28"/>
          <w:szCs w:val="32"/>
        </w:rPr>
        <w:t xml:space="preserve">ổ sung sách, tổ chức tiết đọc thư viện, </w:t>
      </w:r>
      <w:r w:rsidRPr="00433A3A">
        <w:rPr>
          <w:sz w:val="28"/>
          <w:szCs w:val="32"/>
          <w:lang w:val="en-US"/>
        </w:rPr>
        <w:t xml:space="preserve">hưởng ứng </w:t>
      </w:r>
      <w:r w:rsidRPr="00433A3A">
        <w:rPr>
          <w:sz w:val="28"/>
          <w:szCs w:val="32"/>
        </w:rPr>
        <w:t>ngày hội đọc sách; thành lập góc STEM</w:t>
      </w:r>
      <w:r>
        <w:rPr>
          <w:sz w:val="28"/>
          <w:szCs w:val="32"/>
        </w:rPr>
        <w:t xml:space="preserve"> </w:t>
      </w:r>
      <w:r w:rsidRPr="00433A3A">
        <w:rPr>
          <w:sz w:val="28"/>
          <w:szCs w:val="32"/>
        </w:rPr>
        <w:t>với nhiều hoạt động trải nghiệm</w:t>
      </w:r>
      <w:r w:rsidRPr="00433A3A">
        <w:rPr>
          <w:sz w:val="28"/>
          <w:szCs w:val="32"/>
          <w:lang w:val="en-US"/>
        </w:rPr>
        <w:t xml:space="preserve"> như: L</w:t>
      </w:r>
      <w:r w:rsidRPr="00433A3A">
        <w:rPr>
          <w:sz w:val="28"/>
          <w:szCs w:val="32"/>
        </w:rPr>
        <w:t>àm thí nghiệm đơn giản, mô hình sáng tạo, tham gia cuộc thi khoa học kỹ thuật.</w:t>
      </w:r>
      <w:r w:rsidRPr="00433A3A">
        <w:rPr>
          <w:sz w:val="28"/>
          <w:szCs w:val="32"/>
          <w:lang w:val="en-US"/>
        </w:rPr>
        <w:t xml:space="preserve"> </w:t>
      </w:r>
      <w:r w:rsidRPr="00433A3A">
        <w:rPr>
          <w:sz w:val="28"/>
          <w:szCs w:val="32"/>
        </w:rPr>
        <w:t>Tuy nhiên, cơ sở vật chất chưa đồng bộ, số lượng sách và thiết bị trải nghiệm còn hạn chế, hoạt động chưa thật thường xuyên.</w:t>
      </w:r>
      <w:r>
        <w:rPr>
          <w:sz w:val="28"/>
          <w:szCs w:val="32"/>
        </w:rPr>
        <w:t xml:space="preserve"> Nhưng trong tương lai không xa việc x</w:t>
      </w:r>
      <w:r w:rsidRPr="00433A3A">
        <w:rPr>
          <w:sz w:val="28"/>
          <w:szCs w:val="32"/>
        </w:rPr>
        <w:t>ây dựng thư viện thân thiện và góc STEM chính là xây dựng môi trường học tập tích cực, giúp các em học sinh vừa “học tốt – đọc hay”, vừa “sáng tạo – khám phá”</w:t>
      </w:r>
      <w:r w:rsidRPr="00433A3A">
        <w:rPr>
          <w:sz w:val="28"/>
          <w:szCs w:val="32"/>
          <w:lang w:val="en-US"/>
        </w:rPr>
        <w:t xml:space="preserve"> </w:t>
      </w:r>
      <w:r w:rsidRPr="00433A3A">
        <w:rPr>
          <w:sz w:val="28"/>
          <w:szCs w:val="32"/>
        </w:rPr>
        <w:t>góp phần hình thành những thế hệ học sinh năng động</w:t>
      </w:r>
      <w:r>
        <w:rPr>
          <w:sz w:val="28"/>
          <w:szCs w:val="32"/>
        </w:rPr>
        <w:t xml:space="preserve"> hơn</w:t>
      </w:r>
      <w:r w:rsidRPr="00433A3A">
        <w:rPr>
          <w:sz w:val="28"/>
          <w:szCs w:val="32"/>
        </w:rPr>
        <w:t>, tự tin</w:t>
      </w:r>
      <w:r w:rsidRPr="00433A3A">
        <w:rPr>
          <w:sz w:val="28"/>
          <w:szCs w:val="32"/>
          <w:lang w:val="en-US"/>
        </w:rPr>
        <w:t xml:space="preserve"> hơn.</w:t>
      </w:r>
    </w:p>
    <w:p w:rsidR="00BC6D35" w:rsidRPr="00433A3A" w:rsidRDefault="00BC6D35" w:rsidP="00433A3A">
      <w:pPr>
        <w:pStyle w:val="NormalWeb"/>
        <w:spacing w:before="0" w:beforeAutospacing="0" w:after="0" w:afterAutospacing="0"/>
        <w:jc w:val="both"/>
        <w:rPr>
          <w:sz w:val="28"/>
          <w:szCs w:val="32"/>
          <w:lang w:val="en-US"/>
        </w:rPr>
      </w:pPr>
    </w:p>
    <w:p w:rsidR="00467B2E" w:rsidRPr="00433A3A" w:rsidRDefault="00467B2E">
      <w:pPr>
        <w:rPr>
          <w:rFonts w:eastAsiaTheme="majorEastAsia" w:cs="Times New Roman"/>
          <w:bCs/>
          <w:sz w:val="24"/>
          <w:szCs w:val="28"/>
        </w:rPr>
      </w:pPr>
      <w:r w:rsidRPr="00433A3A">
        <w:rPr>
          <w:rFonts w:cs="Times New Roman"/>
          <w:sz w:val="24"/>
        </w:rPr>
        <w:br w:type="page"/>
      </w:r>
    </w:p>
    <w:p w:rsidR="00C14156" w:rsidRPr="00BC6D35" w:rsidRDefault="001F57AC" w:rsidP="007438FE">
      <w:pPr>
        <w:pStyle w:val="Heading1"/>
        <w:spacing w:before="0" w:line="360" w:lineRule="auto"/>
        <w:jc w:val="center"/>
        <w:rPr>
          <w:rFonts w:ascii="Times New Roman" w:hAnsi="Times New Roman" w:cs="Times New Roman"/>
          <w:color w:val="auto"/>
        </w:rPr>
      </w:pPr>
      <w:r w:rsidRPr="00BC6D35">
        <w:rPr>
          <w:rFonts w:ascii="Times New Roman" w:hAnsi="Times New Roman" w:cs="Times New Roman"/>
          <w:color w:val="auto"/>
        </w:rPr>
        <w:lastRenderedPageBreak/>
        <w:t>9. TÀI LIỆU THAM KHẢO</w:t>
      </w:r>
    </w:p>
    <w:p w:rsidR="00C14156" w:rsidRPr="00BC6D35" w:rsidRDefault="001F57AC" w:rsidP="008F5873">
      <w:pPr>
        <w:spacing w:after="0" w:line="360" w:lineRule="auto"/>
        <w:rPr>
          <w:rFonts w:cs="Times New Roman"/>
          <w:szCs w:val="28"/>
        </w:rPr>
      </w:pPr>
      <w:r w:rsidRPr="00BC6D35">
        <w:rPr>
          <w:rFonts w:cs="Times New Roman"/>
          <w:szCs w:val="28"/>
        </w:rPr>
        <w:t>1. Bộ Giáo dục và Đào tạo (2018). Chương trình giáo dục phổ thông tổng thể.</w:t>
      </w:r>
      <w:r w:rsidRPr="00BC6D35">
        <w:rPr>
          <w:rFonts w:cs="Times New Roman"/>
          <w:szCs w:val="28"/>
        </w:rPr>
        <w:br/>
        <w:t>2. Sách giáo khoa Toán lớp 6,7,8 - Bộ 'Kết nối tri thức với cuộc sống'.</w:t>
      </w:r>
      <w:r w:rsidRPr="00BC6D35">
        <w:rPr>
          <w:rFonts w:cs="Times New Roman"/>
          <w:szCs w:val="28"/>
        </w:rPr>
        <w:br/>
        <w:t>3. Tài liệu tập huấn dạy học STEAM và tài liệu chuyên môn của Sở GD&amp;ĐT.</w:t>
      </w:r>
      <w:r w:rsidRPr="00BC6D35">
        <w:rPr>
          <w:rFonts w:cs="Times New Roman"/>
          <w:szCs w:val="28"/>
        </w:rPr>
        <w:br/>
      </w:r>
    </w:p>
    <w:sectPr w:rsidR="00C14156" w:rsidRPr="00BC6D35" w:rsidSect="00EF0246">
      <w:headerReference w:type="default" r:id="rId17"/>
      <w:pgSz w:w="12240" w:h="15840"/>
      <w:pgMar w:top="1134" w:right="1134" w:bottom="1134" w:left="1701" w:header="720" w:footer="720" w:gutter="0"/>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C37" w:rsidRDefault="00F44C37" w:rsidP="00BC6D35">
      <w:pPr>
        <w:spacing w:after="0" w:line="240" w:lineRule="auto"/>
      </w:pPr>
      <w:r>
        <w:separator/>
      </w:r>
    </w:p>
  </w:endnote>
  <w:endnote w:type="continuationSeparator" w:id="0">
    <w:p w:rsidR="00F44C37" w:rsidRDefault="00F44C37" w:rsidP="00BC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C37" w:rsidRDefault="00F44C37" w:rsidP="00BC6D35">
      <w:pPr>
        <w:spacing w:after="0" w:line="240" w:lineRule="auto"/>
      </w:pPr>
      <w:r>
        <w:separator/>
      </w:r>
    </w:p>
  </w:footnote>
  <w:footnote w:type="continuationSeparator" w:id="0">
    <w:p w:rsidR="00F44C37" w:rsidRDefault="00F44C37" w:rsidP="00BC6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936"/>
      <w:docPartObj>
        <w:docPartGallery w:val="Page Numbers (Top of Page)"/>
        <w:docPartUnique/>
      </w:docPartObj>
    </w:sdtPr>
    <w:sdtEndPr/>
    <w:sdtContent>
      <w:p w:rsidR="00BB7ED4" w:rsidRDefault="00BB7ED4">
        <w:pPr>
          <w:pStyle w:val="Header"/>
          <w:jc w:val="center"/>
        </w:pPr>
        <w:r>
          <w:fldChar w:fldCharType="begin"/>
        </w:r>
        <w:r>
          <w:instrText>PAGE   \* MERGEFORMAT</w:instrText>
        </w:r>
        <w:r>
          <w:fldChar w:fldCharType="separate"/>
        </w:r>
        <w:r w:rsidR="008C127B" w:rsidRPr="008C127B">
          <w:rPr>
            <w:noProof/>
            <w:lang w:val="vi-VN"/>
          </w:rPr>
          <w:t>4</w:t>
        </w:r>
        <w:r>
          <w:fldChar w:fldCharType="end"/>
        </w:r>
      </w:p>
    </w:sdtContent>
  </w:sdt>
  <w:p w:rsidR="00BC6D35" w:rsidRDefault="00BC6D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C3C45"/>
    <w:rsid w:val="0015074B"/>
    <w:rsid w:val="0016358F"/>
    <w:rsid w:val="0016691D"/>
    <w:rsid w:val="001B5094"/>
    <w:rsid w:val="001F57AC"/>
    <w:rsid w:val="00202CB3"/>
    <w:rsid w:val="0029639D"/>
    <w:rsid w:val="002C21D6"/>
    <w:rsid w:val="002D6B98"/>
    <w:rsid w:val="002F2579"/>
    <w:rsid w:val="00322F24"/>
    <w:rsid w:val="00326F90"/>
    <w:rsid w:val="003A205E"/>
    <w:rsid w:val="003A7B4A"/>
    <w:rsid w:val="003B4925"/>
    <w:rsid w:val="003C769D"/>
    <w:rsid w:val="003D35BF"/>
    <w:rsid w:val="00431088"/>
    <w:rsid w:val="0043247C"/>
    <w:rsid w:val="00433A3A"/>
    <w:rsid w:val="004442A1"/>
    <w:rsid w:val="00467B2E"/>
    <w:rsid w:val="00571A3A"/>
    <w:rsid w:val="005741F6"/>
    <w:rsid w:val="006149F2"/>
    <w:rsid w:val="00692B5E"/>
    <w:rsid w:val="006B1B74"/>
    <w:rsid w:val="006C739A"/>
    <w:rsid w:val="007438FE"/>
    <w:rsid w:val="0076568B"/>
    <w:rsid w:val="00783B9C"/>
    <w:rsid w:val="00827E8D"/>
    <w:rsid w:val="00834B3C"/>
    <w:rsid w:val="00846594"/>
    <w:rsid w:val="0084734C"/>
    <w:rsid w:val="00882987"/>
    <w:rsid w:val="008A2E28"/>
    <w:rsid w:val="008C127B"/>
    <w:rsid w:val="008D1DC5"/>
    <w:rsid w:val="008D3032"/>
    <w:rsid w:val="008F5873"/>
    <w:rsid w:val="009311C6"/>
    <w:rsid w:val="009A3932"/>
    <w:rsid w:val="009A4015"/>
    <w:rsid w:val="009B19EE"/>
    <w:rsid w:val="009C08FE"/>
    <w:rsid w:val="00A2700E"/>
    <w:rsid w:val="00AA1D8D"/>
    <w:rsid w:val="00AB5612"/>
    <w:rsid w:val="00AF771C"/>
    <w:rsid w:val="00B242A0"/>
    <w:rsid w:val="00B47730"/>
    <w:rsid w:val="00BB7ED4"/>
    <w:rsid w:val="00BC6D35"/>
    <w:rsid w:val="00BD3A30"/>
    <w:rsid w:val="00BE13EE"/>
    <w:rsid w:val="00BE22E3"/>
    <w:rsid w:val="00BE3DA0"/>
    <w:rsid w:val="00C14156"/>
    <w:rsid w:val="00CB0664"/>
    <w:rsid w:val="00D4039C"/>
    <w:rsid w:val="00DE7FD1"/>
    <w:rsid w:val="00E248CC"/>
    <w:rsid w:val="00E3750E"/>
    <w:rsid w:val="00EF0246"/>
    <w:rsid w:val="00F44C37"/>
    <w:rsid w:val="00F67E27"/>
    <w:rsid w:val="00FC693F"/>
    <w:rsid w:val="00FD0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C6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D35"/>
    <w:rPr>
      <w:rFonts w:ascii="Tahoma" w:eastAsia="Times New Roman" w:hAnsi="Tahoma" w:cs="Tahoma"/>
      <w:sz w:val="16"/>
      <w:szCs w:val="16"/>
    </w:rPr>
  </w:style>
  <w:style w:type="paragraph" w:styleId="NormalWeb">
    <w:name w:val="Normal (Web)"/>
    <w:basedOn w:val="Normal"/>
    <w:uiPriority w:val="99"/>
    <w:unhideWhenUsed/>
    <w:rsid w:val="00433A3A"/>
    <w:pPr>
      <w:spacing w:before="100" w:beforeAutospacing="1" w:after="100" w:afterAutospacing="1" w:line="240" w:lineRule="auto"/>
    </w:pPr>
    <w:rPr>
      <w:rFonts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C6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D35"/>
    <w:rPr>
      <w:rFonts w:ascii="Tahoma" w:eastAsia="Times New Roman" w:hAnsi="Tahoma" w:cs="Tahoma"/>
      <w:sz w:val="16"/>
      <w:szCs w:val="16"/>
    </w:rPr>
  </w:style>
  <w:style w:type="paragraph" w:styleId="NormalWeb">
    <w:name w:val="Normal (Web)"/>
    <w:basedOn w:val="Normal"/>
    <w:uiPriority w:val="99"/>
    <w:unhideWhenUsed/>
    <w:rsid w:val="00433A3A"/>
    <w:pPr>
      <w:spacing w:before="100" w:beforeAutospacing="1" w:after="100" w:afterAutospacing="1" w:line="240" w:lineRule="auto"/>
    </w:pPr>
    <w:rPr>
      <w:rFonts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3F07A-8871-4814-A5D0-78409FF2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14</Pages>
  <Words>1820</Words>
  <Characters>10377</Characters>
  <Application>Microsoft Office Word</Application>
  <DocSecurity>0</DocSecurity>
  <Lines>86</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Manager/>
  <Company/>
  <LinksUpToDate>false</LinksUpToDate>
  <CharactersWithSpaces>12173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46</cp:revision>
  <dcterms:created xsi:type="dcterms:W3CDTF">2013-12-23T23:15:00Z</dcterms:created>
  <dcterms:modified xsi:type="dcterms:W3CDTF">2025-10-25T15:02:00Z</dcterms:modified>
  <cp:category/>
</cp:coreProperties>
</file>